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95B27" w14:textId="5F509EC4" w:rsidR="00737BF5" w:rsidRPr="00E64FF6" w:rsidRDefault="00103860">
      <w:pPr>
        <w:jc w:val="center"/>
        <w:rPr>
          <w:rFonts w:ascii="Arial" w:hAnsi="Arial" w:cs="Arial"/>
          <w:b/>
          <w:sz w:val="32"/>
        </w:rPr>
      </w:pPr>
      <w:r w:rsidRPr="00E64FF6">
        <w:rPr>
          <w:rFonts w:ascii="Arial" w:hAnsi="Arial" w:cs="Arial"/>
          <w:b/>
          <w:sz w:val="32"/>
        </w:rPr>
        <w:t>[</w:t>
      </w:r>
      <w:r w:rsidR="00C07F48" w:rsidRPr="00E64FF6">
        <w:rPr>
          <w:rFonts w:ascii="Arial" w:hAnsi="Arial" w:cs="Arial"/>
          <w:b/>
          <w:sz w:val="32"/>
        </w:rPr>
        <w:t>School logo</w:t>
      </w:r>
      <w:r w:rsidRPr="00E64FF6">
        <w:rPr>
          <w:rFonts w:ascii="Arial" w:hAnsi="Arial" w:cs="Arial"/>
          <w:b/>
          <w:sz w:val="32"/>
        </w:rPr>
        <w:t>]</w:t>
      </w:r>
    </w:p>
    <w:p w14:paraId="2A7C80F5" w14:textId="6B15B262" w:rsidR="00DD137F" w:rsidRDefault="00000000" w:rsidP="00545E18">
      <w:pPr>
        <w:pStyle w:val="Heading1"/>
      </w:pPr>
      <w:r w:rsidRPr="00E64FF6">
        <w:t>Alternative Provision Quality Assurance Visit Record</w:t>
      </w:r>
    </w:p>
    <w:p w14:paraId="1F072B7F" w14:textId="3A31EA2A" w:rsidR="00AA4612" w:rsidRPr="00E64FF6" w:rsidRDefault="00AA4612" w:rsidP="00545E18">
      <w:pPr>
        <w:pStyle w:val="Heading2"/>
      </w:pPr>
      <w:r>
        <w:t xml:space="preserve">Part 1 – Initial Visit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89"/>
        <w:gridCol w:w="4641"/>
      </w:tblGrid>
      <w:tr w:rsidR="00737BF5" w:rsidRPr="00E64FF6" w14:paraId="333DA4B6" w14:textId="77777777" w:rsidTr="00EF2AF8">
        <w:tc>
          <w:tcPr>
            <w:tcW w:w="4077" w:type="dxa"/>
          </w:tcPr>
          <w:p w14:paraId="618BE26A" w14:textId="0278579C" w:rsidR="00737BF5" w:rsidRPr="00E64FF6" w:rsidRDefault="00737BF5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Student Name:</w:t>
            </w:r>
          </w:p>
        </w:tc>
        <w:tc>
          <w:tcPr>
            <w:tcW w:w="4779" w:type="dxa"/>
          </w:tcPr>
          <w:p w14:paraId="4E79D718" w14:textId="77777777" w:rsidR="00737BF5" w:rsidRPr="00E64FF6" w:rsidRDefault="00737BF5">
            <w:pPr>
              <w:rPr>
                <w:rFonts w:ascii="Arial" w:hAnsi="Arial" w:cs="Arial"/>
              </w:rPr>
            </w:pPr>
          </w:p>
        </w:tc>
      </w:tr>
      <w:tr w:rsidR="00737BF5" w:rsidRPr="00E64FF6" w14:paraId="48F2860C" w14:textId="77777777" w:rsidTr="00EF2AF8">
        <w:tc>
          <w:tcPr>
            <w:tcW w:w="4077" w:type="dxa"/>
          </w:tcPr>
          <w:p w14:paraId="5EE4B0A8" w14:textId="0EDECC66" w:rsidR="00737BF5" w:rsidRPr="00E64FF6" w:rsidRDefault="00737BF5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UPN:</w:t>
            </w:r>
          </w:p>
        </w:tc>
        <w:tc>
          <w:tcPr>
            <w:tcW w:w="4779" w:type="dxa"/>
          </w:tcPr>
          <w:p w14:paraId="065A155F" w14:textId="77777777" w:rsidR="00737BF5" w:rsidRPr="00E64FF6" w:rsidRDefault="00737BF5">
            <w:pPr>
              <w:rPr>
                <w:rFonts w:ascii="Arial" w:hAnsi="Arial" w:cs="Arial"/>
              </w:rPr>
            </w:pPr>
          </w:p>
        </w:tc>
      </w:tr>
      <w:tr w:rsidR="00737BF5" w:rsidRPr="00E64FF6" w14:paraId="3F30FAF0" w14:textId="77777777" w:rsidTr="00EF2AF8">
        <w:tc>
          <w:tcPr>
            <w:tcW w:w="4077" w:type="dxa"/>
          </w:tcPr>
          <w:p w14:paraId="1B0D5E77" w14:textId="7E272488" w:rsidR="00737BF5" w:rsidRPr="00E64FF6" w:rsidRDefault="00015327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Alternative Provision (AP) Provider:</w:t>
            </w:r>
          </w:p>
        </w:tc>
        <w:tc>
          <w:tcPr>
            <w:tcW w:w="4779" w:type="dxa"/>
          </w:tcPr>
          <w:p w14:paraId="6AEDC87B" w14:textId="77777777" w:rsidR="00737BF5" w:rsidRPr="00E64FF6" w:rsidRDefault="00737BF5">
            <w:pPr>
              <w:rPr>
                <w:rFonts w:ascii="Arial" w:hAnsi="Arial" w:cs="Arial"/>
              </w:rPr>
            </w:pPr>
          </w:p>
        </w:tc>
      </w:tr>
      <w:tr w:rsidR="00737BF5" w:rsidRPr="00E64FF6" w14:paraId="7B78FE2E" w14:textId="77777777" w:rsidTr="00EF2AF8">
        <w:tc>
          <w:tcPr>
            <w:tcW w:w="4077" w:type="dxa"/>
          </w:tcPr>
          <w:p w14:paraId="5517A486" w14:textId="0A1B83AF" w:rsidR="00737BF5" w:rsidRPr="00E64FF6" w:rsidRDefault="00015327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 xml:space="preserve">AP Address visited: </w:t>
            </w:r>
          </w:p>
        </w:tc>
        <w:tc>
          <w:tcPr>
            <w:tcW w:w="4779" w:type="dxa"/>
          </w:tcPr>
          <w:p w14:paraId="3E32BB8E" w14:textId="77777777" w:rsidR="00737BF5" w:rsidRPr="00E64FF6" w:rsidRDefault="00737BF5">
            <w:pPr>
              <w:rPr>
                <w:rFonts w:ascii="Arial" w:hAnsi="Arial" w:cs="Arial"/>
              </w:rPr>
            </w:pPr>
          </w:p>
          <w:p w14:paraId="567DD512" w14:textId="77777777" w:rsidR="00015327" w:rsidRPr="00E64FF6" w:rsidRDefault="00015327">
            <w:pPr>
              <w:rPr>
                <w:rFonts w:ascii="Arial" w:hAnsi="Arial" w:cs="Arial"/>
              </w:rPr>
            </w:pPr>
          </w:p>
          <w:p w14:paraId="7985092C" w14:textId="77777777" w:rsidR="00015327" w:rsidRPr="00E64FF6" w:rsidRDefault="00015327">
            <w:pPr>
              <w:rPr>
                <w:rFonts w:ascii="Arial" w:hAnsi="Arial" w:cs="Arial"/>
              </w:rPr>
            </w:pPr>
          </w:p>
          <w:p w14:paraId="070F92A2" w14:textId="77777777" w:rsidR="00015327" w:rsidRPr="00E64FF6" w:rsidRDefault="00015327">
            <w:pPr>
              <w:rPr>
                <w:rFonts w:ascii="Arial" w:hAnsi="Arial" w:cs="Arial"/>
              </w:rPr>
            </w:pPr>
          </w:p>
        </w:tc>
      </w:tr>
      <w:tr w:rsidR="000E6BC5" w:rsidRPr="00E64FF6" w14:paraId="68314F62" w14:textId="77777777" w:rsidTr="00EF2AF8">
        <w:tc>
          <w:tcPr>
            <w:tcW w:w="4077" w:type="dxa"/>
          </w:tcPr>
          <w:p w14:paraId="3F140171" w14:textId="33A84DC2" w:rsidR="000E6BC5" w:rsidRPr="00E64FF6" w:rsidRDefault="00351A68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 xml:space="preserve">AP on </w:t>
            </w:r>
            <w:hyperlink r:id="rId6" w:history="1">
              <w:r w:rsidRPr="00E64FF6">
                <w:rPr>
                  <w:rStyle w:val="Hyperlink"/>
                  <w:rFonts w:ascii="Arial" w:hAnsi="Arial" w:cs="Arial"/>
                </w:rPr>
                <w:t>LA AP Directory?</w:t>
              </w:r>
            </w:hyperlink>
            <w:r w:rsidRPr="00E64FF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779" w:type="dxa"/>
          </w:tcPr>
          <w:p w14:paraId="7D881241" w14:textId="49A11F3F" w:rsidR="000E6BC5" w:rsidRPr="00E64FF6" w:rsidRDefault="0092480B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</w:t>
            </w:r>
          </w:p>
        </w:tc>
      </w:tr>
      <w:tr w:rsidR="000E6BC5" w:rsidRPr="00E64FF6" w14:paraId="490687B9" w14:textId="77777777" w:rsidTr="00EF2AF8">
        <w:tc>
          <w:tcPr>
            <w:tcW w:w="4077" w:type="dxa"/>
          </w:tcPr>
          <w:p w14:paraId="2AB00591" w14:textId="1D31C59A" w:rsidR="000E6BC5" w:rsidRPr="00E64FF6" w:rsidRDefault="0092480B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 xml:space="preserve">Risk Assessment requested </w:t>
            </w:r>
            <w:hyperlink r:id="rId7" w:history="1">
              <w:r w:rsidR="00363A89" w:rsidRPr="00E64FF6">
                <w:rPr>
                  <w:rStyle w:val="Hyperlink"/>
                  <w:rFonts w:ascii="Arial" w:hAnsi="Arial" w:cs="Arial"/>
                </w:rPr>
                <w:t>from LEBC?</w:t>
              </w:r>
            </w:hyperlink>
            <w:r w:rsidR="00363A89" w:rsidRPr="00E64FF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779" w:type="dxa"/>
          </w:tcPr>
          <w:p w14:paraId="3DD254A8" w14:textId="7ADBE306" w:rsidR="000E6BC5" w:rsidRPr="00E64FF6" w:rsidRDefault="00363A89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</w:t>
            </w:r>
          </w:p>
        </w:tc>
      </w:tr>
      <w:tr w:rsidR="00363A89" w:rsidRPr="00E64FF6" w14:paraId="314B7C12" w14:textId="77777777" w:rsidTr="00EF2AF8">
        <w:tc>
          <w:tcPr>
            <w:tcW w:w="4077" w:type="dxa"/>
          </w:tcPr>
          <w:p w14:paraId="09F76187" w14:textId="5F324681" w:rsidR="00363A89" w:rsidRPr="00E64FF6" w:rsidRDefault="00363A89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 xml:space="preserve">LA Notified </w:t>
            </w:r>
            <w:hyperlink r:id="rId8" w:history="1">
              <w:r w:rsidR="00EF2AF8" w:rsidRPr="00E64FF6">
                <w:rPr>
                  <w:rStyle w:val="Hyperlink"/>
                  <w:rFonts w:ascii="Arial" w:hAnsi="Arial" w:cs="Arial"/>
                </w:rPr>
                <w:t>that student attending AP?</w:t>
              </w:r>
            </w:hyperlink>
            <w:r w:rsidR="00EF2AF8" w:rsidRPr="00E64FF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779" w:type="dxa"/>
          </w:tcPr>
          <w:p w14:paraId="72653FBF" w14:textId="348E2CFE" w:rsidR="00363A89" w:rsidRPr="00E64FF6" w:rsidRDefault="00EF2AF8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</w:t>
            </w:r>
          </w:p>
        </w:tc>
      </w:tr>
      <w:tr w:rsidR="00737BF5" w:rsidRPr="00E64FF6" w14:paraId="3DB640B0" w14:textId="77777777" w:rsidTr="00EF2AF8">
        <w:tc>
          <w:tcPr>
            <w:tcW w:w="4077" w:type="dxa"/>
          </w:tcPr>
          <w:p w14:paraId="6BBC26CA" w14:textId="40785824" w:rsidR="00737BF5" w:rsidRPr="00E64FF6" w:rsidRDefault="00015327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Date of Visit:</w:t>
            </w:r>
          </w:p>
        </w:tc>
        <w:tc>
          <w:tcPr>
            <w:tcW w:w="4779" w:type="dxa"/>
          </w:tcPr>
          <w:p w14:paraId="2C290BCB" w14:textId="77777777" w:rsidR="00737BF5" w:rsidRPr="00E64FF6" w:rsidRDefault="00737BF5">
            <w:pPr>
              <w:rPr>
                <w:rFonts w:ascii="Arial" w:hAnsi="Arial" w:cs="Arial"/>
              </w:rPr>
            </w:pPr>
          </w:p>
        </w:tc>
      </w:tr>
      <w:tr w:rsidR="00737BF5" w:rsidRPr="00E64FF6" w14:paraId="547377FC" w14:textId="77777777" w:rsidTr="00EF2AF8">
        <w:tc>
          <w:tcPr>
            <w:tcW w:w="4077" w:type="dxa"/>
          </w:tcPr>
          <w:p w14:paraId="13DC86E4" w14:textId="06EA11B2" w:rsidR="00737BF5" w:rsidRPr="00E64FF6" w:rsidRDefault="00015327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Reviewer Name:</w:t>
            </w:r>
          </w:p>
        </w:tc>
        <w:tc>
          <w:tcPr>
            <w:tcW w:w="4779" w:type="dxa"/>
          </w:tcPr>
          <w:p w14:paraId="0E2FA256" w14:textId="77777777" w:rsidR="00737BF5" w:rsidRPr="00E64FF6" w:rsidRDefault="00737BF5">
            <w:pPr>
              <w:rPr>
                <w:rFonts w:ascii="Arial" w:hAnsi="Arial" w:cs="Arial"/>
              </w:rPr>
            </w:pPr>
          </w:p>
        </w:tc>
      </w:tr>
      <w:tr w:rsidR="00015327" w:rsidRPr="00E64FF6" w14:paraId="7904F197" w14:textId="77777777" w:rsidTr="00EF2AF8">
        <w:tc>
          <w:tcPr>
            <w:tcW w:w="4077" w:type="dxa"/>
          </w:tcPr>
          <w:p w14:paraId="2D4C5419" w14:textId="13E4CA06" w:rsidR="00015327" w:rsidRPr="00E64FF6" w:rsidRDefault="00015327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Next Review Date:</w:t>
            </w:r>
          </w:p>
        </w:tc>
        <w:tc>
          <w:tcPr>
            <w:tcW w:w="4779" w:type="dxa"/>
          </w:tcPr>
          <w:p w14:paraId="6442FD86" w14:textId="77777777" w:rsidR="00015327" w:rsidRPr="00E64FF6" w:rsidRDefault="00015327">
            <w:pPr>
              <w:rPr>
                <w:rFonts w:ascii="Arial" w:hAnsi="Arial" w:cs="Arial"/>
              </w:rPr>
            </w:pPr>
          </w:p>
        </w:tc>
      </w:tr>
    </w:tbl>
    <w:p w14:paraId="0B7D84C4" w14:textId="77777777" w:rsidR="003938DF" w:rsidRPr="00E64FF6" w:rsidRDefault="003938DF">
      <w:pPr>
        <w:rPr>
          <w:rFonts w:ascii="Arial" w:hAnsi="Arial" w:cs="Arial"/>
        </w:rPr>
      </w:pPr>
    </w:p>
    <w:p w14:paraId="73C07923" w14:textId="448CDD6A" w:rsidR="00737BF5" w:rsidRPr="00E64FF6" w:rsidRDefault="00834FF5" w:rsidP="00545E18">
      <w:pPr>
        <w:pStyle w:val="Heading3"/>
      </w:pPr>
      <w:r w:rsidRPr="00E64FF6">
        <w:t>Sa</w:t>
      </w:r>
      <w:r w:rsidR="008A619A" w:rsidRPr="00E64FF6">
        <w:t>feguarding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80"/>
        <w:gridCol w:w="4650"/>
      </w:tblGrid>
      <w:tr w:rsidR="008A619A" w:rsidRPr="00E64FF6" w14:paraId="408C4DB7" w14:textId="77777777" w:rsidTr="0074389A">
        <w:tc>
          <w:tcPr>
            <w:tcW w:w="3980" w:type="dxa"/>
          </w:tcPr>
          <w:p w14:paraId="0DF629B9" w14:textId="7A3C6CD6" w:rsidR="008A619A" w:rsidRPr="00E64FF6" w:rsidRDefault="008A619A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AP DSL Name</w:t>
            </w:r>
            <w:r w:rsidR="0074389A">
              <w:rPr>
                <w:rFonts w:ascii="Arial" w:hAnsi="Arial" w:cs="Arial"/>
              </w:rPr>
              <w:t>(s)</w:t>
            </w:r>
            <w:r w:rsidRPr="00E64FF6">
              <w:rPr>
                <w:rFonts w:ascii="Arial" w:hAnsi="Arial" w:cs="Arial"/>
              </w:rPr>
              <w:t>:</w:t>
            </w:r>
          </w:p>
        </w:tc>
        <w:tc>
          <w:tcPr>
            <w:tcW w:w="4650" w:type="dxa"/>
          </w:tcPr>
          <w:p w14:paraId="55BB9DCB" w14:textId="77777777" w:rsidR="008A619A" w:rsidRDefault="008A619A">
            <w:pPr>
              <w:rPr>
                <w:rFonts w:ascii="Arial" w:hAnsi="Arial" w:cs="Arial"/>
              </w:rPr>
            </w:pPr>
          </w:p>
          <w:p w14:paraId="37AB453F" w14:textId="77777777" w:rsidR="0074389A" w:rsidRPr="00E64FF6" w:rsidRDefault="0074389A">
            <w:pPr>
              <w:rPr>
                <w:rFonts w:ascii="Arial" w:hAnsi="Arial" w:cs="Arial"/>
              </w:rPr>
            </w:pPr>
          </w:p>
        </w:tc>
      </w:tr>
      <w:tr w:rsidR="0074389A" w:rsidRPr="00E64FF6" w14:paraId="05835A8F" w14:textId="77777777" w:rsidTr="0074389A">
        <w:tc>
          <w:tcPr>
            <w:tcW w:w="3980" w:type="dxa"/>
          </w:tcPr>
          <w:p w14:paraId="6F7507CA" w14:textId="17775667" w:rsidR="0074389A" w:rsidRPr="00E64FF6" w:rsidRDefault="007438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DSL On site at time of visit? </w:t>
            </w:r>
          </w:p>
        </w:tc>
        <w:tc>
          <w:tcPr>
            <w:tcW w:w="4650" w:type="dxa"/>
          </w:tcPr>
          <w:p w14:paraId="77B8BEF9" w14:textId="22095A29" w:rsidR="0074389A" w:rsidRPr="00E64FF6" w:rsidRDefault="007438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/ No</w:t>
            </w:r>
          </w:p>
        </w:tc>
      </w:tr>
      <w:tr w:rsidR="00821C8C" w:rsidRPr="00E64FF6" w14:paraId="689E8080" w14:textId="77777777" w:rsidTr="00821C8C">
        <w:tc>
          <w:tcPr>
            <w:tcW w:w="3980" w:type="dxa"/>
          </w:tcPr>
          <w:p w14:paraId="35835E99" w14:textId="77777777" w:rsidR="00821C8C" w:rsidRDefault="00821C8C" w:rsidP="005C3C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DSL training </w:t>
            </w:r>
            <w:proofErr w:type="gramStart"/>
            <w:r>
              <w:rPr>
                <w:rFonts w:ascii="Arial" w:hAnsi="Arial" w:cs="Arial"/>
              </w:rPr>
              <w:t>up-to-date</w:t>
            </w:r>
            <w:proofErr w:type="gramEnd"/>
            <w:r>
              <w:rPr>
                <w:rFonts w:ascii="Arial" w:hAnsi="Arial" w:cs="Arial"/>
              </w:rPr>
              <w:t>?</w:t>
            </w:r>
          </w:p>
        </w:tc>
        <w:tc>
          <w:tcPr>
            <w:tcW w:w="4650" w:type="dxa"/>
          </w:tcPr>
          <w:p w14:paraId="0BD0E99A" w14:textId="77777777" w:rsidR="00821C8C" w:rsidRDefault="00821C8C" w:rsidP="005C3C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/ No</w:t>
            </w:r>
          </w:p>
        </w:tc>
      </w:tr>
      <w:tr w:rsidR="0074389A" w:rsidRPr="00E64FF6" w14:paraId="1018C8CA" w14:textId="77777777" w:rsidTr="0074389A">
        <w:tc>
          <w:tcPr>
            <w:tcW w:w="3980" w:type="dxa"/>
          </w:tcPr>
          <w:p w14:paraId="16F947A4" w14:textId="46265434" w:rsidR="0074389A" w:rsidRPr="0074389A" w:rsidRDefault="0074389A" w:rsidP="007438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Single Central Register seen and checked? </w:t>
            </w:r>
          </w:p>
        </w:tc>
        <w:tc>
          <w:tcPr>
            <w:tcW w:w="4650" w:type="dxa"/>
          </w:tcPr>
          <w:p w14:paraId="3334623F" w14:textId="77777777" w:rsidR="0074389A" w:rsidRDefault="007438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/ No</w:t>
            </w:r>
          </w:p>
          <w:p w14:paraId="743E2B87" w14:textId="1CCECCC1" w:rsidR="0074389A" w:rsidRDefault="0074389A">
            <w:pPr>
              <w:rPr>
                <w:rFonts w:ascii="Arial" w:hAnsi="Arial" w:cs="Arial"/>
              </w:rPr>
            </w:pPr>
          </w:p>
        </w:tc>
      </w:tr>
      <w:tr w:rsidR="008A619A" w:rsidRPr="00E64FF6" w14:paraId="2A23C051" w14:textId="77777777" w:rsidTr="0074389A">
        <w:tc>
          <w:tcPr>
            <w:tcW w:w="3980" w:type="dxa"/>
          </w:tcPr>
          <w:p w14:paraId="618E386D" w14:textId="4E1CECBE" w:rsidR="008A619A" w:rsidRPr="00E64FF6" w:rsidRDefault="008A619A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 xml:space="preserve">Safeguarding policy checked and </w:t>
            </w:r>
            <w:proofErr w:type="gramStart"/>
            <w:r w:rsidRPr="00E64FF6">
              <w:rPr>
                <w:rFonts w:ascii="Arial" w:hAnsi="Arial" w:cs="Arial"/>
              </w:rPr>
              <w:t>up-to-date</w:t>
            </w:r>
            <w:proofErr w:type="gramEnd"/>
            <w:r w:rsidRPr="00E64FF6">
              <w:rPr>
                <w:rFonts w:ascii="Arial" w:hAnsi="Arial" w:cs="Arial"/>
              </w:rPr>
              <w:t>?</w:t>
            </w:r>
          </w:p>
        </w:tc>
        <w:tc>
          <w:tcPr>
            <w:tcW w:w="4650" w:type="dxa"/>
          </w:tcPr>
          <w:p w14:paraId="28178A5C" w14:textId="6705908A" w:rsidR="008A619A" w:rsidRPr="00E64FF6" w:rsidRDefault="008A619A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</w:t>
            </w:r>
          </w:p>
        </w:tc>
      </w:tr>
      <w:tr w:rsidR="0074389A" w:rsidRPr="00E64FF6" w14:paraId="2EB9B35F" w14:textId="77777777" w:rsidTr="0074389A">
        <w:tc>
          <w:tcPr>
            <w:tcW w:w="3980" w:type="dxa"/>
          </w:tcPr>
          <w:p w14:paraId="40329EFD" w14:textId="3953BE2C" w:rsidR="0074389A" w:rsidRPr="00E64FF6" w:rsidRDefault="007438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Safeguarding training </w:t>
            </w:r>
            <w:proofErr w:type="gramStart"/>
            <w:r>
              <w:rPr>
                <w:rFonts w:ascii="Arial" w:hAnsi="Arial" w:cs="Arial"/>
              </w:rPr>
              <w:t>up-to-date</w:t>
            </w:r>
            <w:proofErr w:type="gramEnd"/>
            <w:r>
              <w:rPr>
                <w:rFonts w:ascii="Arial" w:hAnsi="Arial" w:cs="Arial"/>
              </w:rPr>
              <w:t xml:space="preserve"> for all staff?</w:t>
            </w:r>
          </w:p>
        </w:tc>
        <w:tc>
          <w:tcPr>
            <w:tcW w:w="4650" w:type="dxa"/>
          </w:tcPr>
          <w:p w14:paraId="710A2EFE" w14:textId="2C927B20" w:rsidR="0074389A" w:rsidRPr="00E64FF6" w:rsidRDefault="007438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/ No</w:t>
            </w:r>
          </w:p>
        </w:tc>
      </w:tr>
      <w:tr w:rsidR="008A619A" w:rsidRPr="00E64FF6" w14:paraId="7E101176" w14:textId="77777777" w:rsidTr="0074389A">
        <w:tc>
          <w:tcPr>
            <w:tcW w:w="3980" w:type="dxa"/>
          </w:tcPr>
          <w:p w14:paraId="484EC90B" w14:textId="4DDEDAB6" w:rsidR="008A619A" w:rsidRPr="00E64FF6" w:rsidRDefault="00194442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 xml:space="preserve">Written Safeguarding assurance received? </w:t>
            </w:r>
          </w:p>
        </w:tc>
        <w:tc>
          <w:tcPr>
            <w:tcW w:w="4650" w:type="dxa"/>
          </w:tcPr>
          <w:p w14:paraId="11838849" w14:textId="0424D644" w:rsidR="008A619A" w:rsidRPr="00E64FF6" w:rsidRDefault="00194442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</w:t>
            </w:r>
          </w:p>
        </w:tc>
      </w:tr>
      <w:tr w:rsidR="008A619A" w:rsidRPr="00E64FF6" w14:paraId="1DCF6E41" w14:textId="77777777" w:rsidTr="0074389A">
        <w:tc>
          <w:tcPr>
            <w:tcW w:w="3980" w:type="dxa"/>
          </w:tcPr>
          <w:p w14:paraId="497ADDDE" w14:textId="344208ED" w:rsidR="008A619A" w:rsidRPr="00E64FF6" w:rsidRDefault="00835A15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Staff DBS checks in place and valid?</w:t>
            </w:r>
          </w:p>
        </w:tc>
        <w:tc>
          <w:tcPr>
            <w:tcW w:w="4650" w:type="dxa"/>
          </w:tcPr>
          <w:p w14:paraId="099E6D30" w14:textId="3E7F9D9F" w:rsidR="008A619A" w:rsidRPr="00E64FF6" w:rsidRDefault="00835A15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</w:t>
            </w:r>
          </w:p>
        </w:tc>
      </w:tr>
      <w:tr w:rsidR="0051070D" w:rsidRPr="00E64FF6" w14:paraId="59B79AAB" w14:textId="77777777" w:rsidTr="0074389A">
        <w:tc>
          <w:tcPr>
            <w:tcW w:w="3980" w:type="dxa"/>
          </w:tcPr>
          <w:p w14:paraId="37FB47CC" w14:textId="5A0D98FC" w:rsidR="0051070D" w:rsidRPr="00E64FF6" w:rsidRDefault="0051070D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Additional Comments:</w:t>
            </w:r>
          </w:p>
        </w:tc>
        <w:tc>
          <w:tcPr>
            <w:tcW w:w="4650" w:type="dxa"/>
          </w:tcPr>
          <w:p w14:paraId="287148F4" w14:textId="77777777" w:rsidR="0051070D" w:rsidRPr="00E64FF6" w:rsidRDefault="0051070D">
            <w:pPr>
              <w:rPr>
                <w:rFonts w:ascii="Arial" w:hAnsi="Arial" w:cs="Arial"/>
              </w:rPr>
            </w:pPr>
          </w:p>
          <w:p w14:paraId="6B028036" w14:textId="77777777" w:rsidR="0051070D" w:rsidRPr="00E64FF6" w:rsidRDefault="0051070D">
            <w:pPr>
              <w:rPr>
                <w:rFonts w:ascii="Arial" w:hAnsi="Arial" w:cs="Arial"/>
              </w:rPr>
            </w:pPr>
          </w:p>
          <w:p w14:paraId="3DFE23FE" w14:textId="77777777" w:rsidR="0051070D" w:rsidRPr="00E64FF6" w:rsidRDefault="0051070D">
            <w:pPr>
              <w:rPr>
                <w:rFonts w:ascii="Arial" w:hAnsi="Arial" w:cs="Arial"/>
              </w:rPr>
            </w:pPr>
          </w:p>
        </w:tc>
      </w:tr>
    </w:tbl>
    <w:p w14:paraId="6442A08A" w14:textId="77777777" w:rsidR="00737BF5" w:rsidRPr="00E64FF6" w:rsidRDefault="00737BF5">
      <w:pPr>
        <w:rPr>
          <w:rFonts w:ascii="Arial" w:hAnsi="Arial" w:cs="Arial"/>
        </w:rPr>
      </w:pPr>
    </w:p>
    <w:p w14:paraId="13599ED2" w14:textId="5F86817B" w:rsidR="00144812" w:rsidRPr="00AA4612" w:rsidRDefault="00144812" w:rsidP="00545E18">
      <w:pPr>
        <w:pStyle w:val="Heading3"/>
        <w:rPr>
          <w:color w:val="FF0000"/>
        </w:rPr>
      </w:pPr>
      <w:r w:rsidRPr="00E64FF6">
        <w:t>Site Safety</w:t>
      </w:r>
      <w:r w:rsidR="00AA4612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02"/>
        <w:gridCol w:w="4628"/>
      </w:tblGrid>
      <w:tr w:rsidR="00183D1A" w:rsidRPr="00E64FF6" w14:paraId="39E00A17" w14:textId="77777777" w:rsidTr="0074389A">
        <w:tc>
          <w:tcPr>
            <w:tcW w:w="4002" w:type="dxa"/>
          </w:tcPr>
          <w:p w14:paraId="211E1B17" w14:textId="4D60ED4E" w:rsidR="00183D1A" w:rsidRPr="00E64FF6" w:rsidRDefault="00183D1A">
            <w:pPr>
              <w:rPr>
                <w:rFonts w:ascii="Arial" w:hAnsi="Arial" w:cs="Arial"/>
                <w:b/>
              </w:rPr>
            </w:pPr>
            <w:r w:rsidRPr="00E64FF6">
              <w:rPr>
                <w:rFonts w:ascii="Arial" w:hAnsi="Arial" w:cs="Arial"/>
              </w:rPr>
              <w:t>Site matches commissioned address</w:t>
            </w:r>
            <w:r w:rsidR="00EF2AF8" w:rsidRPr="00E64FF6">
              <w:rPr>
                <w:rFonts w:ascii="Arial" w:hAnsi="Arial" w:cs="Arial"/>
              </w:rPr>
              <w:t>?</w:t>
            </w:r>
          </w:p>
        </w:tc>
        <w:tc>
          <w:tcPr>
            <w:tcW w:w="4628" w:type="dxa"/>
          </w:tcPr>
          <w:p w14:paraId="1B0214AE" w14:textId="195220E4" w:rsidR="00183D1A" w:rsidRPr="00E64FF6" w:rsidRDefault="00EF2AF8">
            <w:pPr>
              <w:rPr>
                <w:rFonts w:ascii="Arial" w:hAnsi="Arial" w:cs="Arial"/>
                <w:bCs/>
              </w:rPr>
            </w:pPr>
            <w:r w:rsidRPr="00E64FF6">
              <w:rPr>
                <w:rFonts w:ascii="Arial" w:hAnsi="Arial" w:cs="Arial"/>
                <w:bCs/>
              </w:rPr>
              <w:t>Yes / No</w:t>
            </w:r>
          </w:p>
        </w:tc>
      </w:tr>
      <w:tr w:rsidR="00183D1A" w:rsidRPr="00E64FF6" w14:paraId="74946F6A" w14:textId="77777777" w:rsidTr="0074389A">
        <w:tc>
          <w:tcPr>
            <w:tcW w:w="4002" w:type="dxa"/>
          </w:tcPr>
          <w:p w14:paraId="62EFD4A4" w14:textId="28F2DEC8" w:rsidR="00183D1A" w:rsidRPr="00E64FF6" w:rsidRDefault="00EF2AF8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Additional/satellite sites disclosed?</w:t>
            </w:r>
          </w:p>
        </w:tc>
        <w:tc>
          <w:tcPr>
            <w:tcW w:w="4628" w:type="dxa"/>
          </w:tcPr>
          <w:p w14:paraId="25BD91F0" w14:textId="12F3A1FB" w:rsidR="00183D1A" w:rsidRPr="00E64FF6" w:rsidRDefault="00EF2AF8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</w:t>
            </w:r>
          </w:p>
        </w:tc>
      </w:tr>
      <w:tr w:rsidR="00183D1A" w:rsidRPr="00E64FF6" w14:paraId="502FF224" w14:textId="77777777" w:rsidTr="0074389A">
        <w:tc>
          <w:tcPr>
            <w:tcW w:w="4002" w:type="dxa"/>
          </w:tcPr>
          <w:p w14:paraId="7D831D6E" w14:textId="1FBC7198" w:rsidR="00183D1A" w:rsidRPr="00E64FF6" w:rsidRDefault="00EF2AF8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Visitor Procedures in place?</w:t>
            </w:r>
          </w:p>
        </w:tc>
        <w:tc>
          <w:tcPr>
            <w:tcW w:w="4628" w:type="dxa"/>
          </w:tcPr>
          <w:p w14:paraId="2A0D02C4" w14:textId="315535B8" w:rsidR="00183D1A" w:rsidRPr="00E64FF6" w:rsidRDefault="00EF2AF8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</w:t>
            </w:r>
          </w:p>
        </w:tc>
      </w:tr>
      <w:tr w:rsidR="00183D1A" w:rsidRPr="00E64FF6" w14:paraId="0B7AD063" w14:textId="77777777" w:rsidTr="0074389A">
        <w:tc>
          <w:tcPr>
            <w:tcW w:w="4002" w:type="dxa"/>
          </w:tcPr>
          <w:p w14:paraId="5A694038" w14:textId="2633C3C4" w:rsidR="00183D1A" w:rsidRPr="00E64FF6" w:rsidRDefault="00EF2AF8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First Aid arrangements evident?</w:t>
            </w:r>
          </w:p>
        </w:tc>
        <w:tc>
          <w:tcPr>
            <w:tcW w:w="4628" w:type="dxa"/>
          </w:tcPr>
          <w:p w14:paraId="12D188D3" w14:textId="21289175" w:rsidR="00183D1A" w:rsidRPr="00E64FF6" w:rsidRDefault="00EF2AF8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</w:t>
            </w:r>
          </w:p>
        </w:tc>
      </w:tr>
      <w:tr w:rsidR="00183D1A" w:rsidRPr="00E64FF6" w14:paraId="39B8B278" w14:textId="77777777" w:rsidTr="0074389A">
        <w:tc>
          <w:tcPr>
            <w:tcW w:w="4002" w:type="dxa"/>
          </w:tcPr>
          <w:p w14:paraId="01990F41" w14:textId="530F1693" w:rsidR="00183D1A" w:rsidRPr="00E64FF6" w:rsidRDefault="00EF2AF8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Risk Assessments available?</w:t>
            </w:r>
          </w:p>
        </w:tc>
        <w:tc>
          <w:tcPr>
            <w:tcW w:w="4628" w:type="dxa"/>
          </w:tcPr>
          <w:p w14:paraId="67EAE74F" w14:textId="18B1CF8A" w:rsidR="00183D1A" w:rsidRPr="00E64FF6" w:rsidRDefault="00EF2AF8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</w:t>
            </w:r>
          </w:p>
        </w:tc>
      </w:tr>
      <w:tr w:rsidR="0074389A" w:rsidRPr="00E64FF6" w14:paraId="3D6A95A2" w14:textId="77777777" w:rsidTr="0074389A">
        <w:tc>
          <w:tcPr>
            <w:tcW w:w="4002" w:type="dxa"/>
          </w:tcPr>
          <w:p w14:paraId="61A1E405" w14:textId="3290A320" w:rsidR="0074389A" w:rsidRPr="00E64FF6" w:rsidRDefault="007438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Fire Escapes checked?</w:t>
            </w:r>
          </w:p>
        </w:tc>
        <w:tc>
          <w:tcPr>
            <w:tcW w:w="4628" w:type="dxa"/>
          </w:tcPr>
          <w:p w14:paraId="1AB56EDB" w14:textId="0007C251" w:rsidR="0074389A" w:rsidRPr="00E64FF6" w:rsidRDefault="007438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/ No</w:t>
            </w:r>
          </w:p>
        </w:tc>
      </w:tr>
      <w:tr w:rsidR="00EF2AF8" w:rsidRPr="00E64FF6" w14:paraId="33F7D25F" w14:textId="77777777" w:rsidTr="0074389A">
        <w:tc>
          <w:tcPr>
            <w:tcW w:w="4002" w:type="dxa"/>
          </w:tcPr>
          <w:p w14:paraId="5E4D1364" w14:textId="261B0EC2" w:rsidR="00EF2AF8" w:rsidRPr="00E64FF6" w:rsidRDefault="00EF2AF8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Additional Comments:</w:t>
            </w:r>
          </w:p>
        </w:tc>
        <w:tc>
          <w:tcPr>
            <w:tcW w:w="4628" w:type="dxa"/>
          </w:tcPr>
          <w:p w14:paraId="06C20831" w14:textId="77777777" w:rsidR="00EF2AF8" w:rsidRPr="00E64FF6" w:rsidRDefault="00EF2AF8">
            <w:pPr>
              <w:rPr>
                <w:rFonts w:ascii="Arial" w:hAnsi="Arial" w:cs="Arial"/>
              </w:rPr>
            </w:pPr>
          </w:p>
          <w:p w14:paraId="7044C7D8" w14:textId="77777777" w:rsidR="00EF2AF8" w:rsidRPr="00E64FF6" w:rsidRDefault="00EF2AF8">
            <w:pPr>
              <w:rPr>
                <w:rFonts w:ascii="Arial" w:hAnsi="Arial" w:cs="Arial"/>
              </w:rPr>
            </w:pPr>
          </w:p>
          <w:p w14:paraId="4DEDB9A5" w14:textId="77777777" w:rsidR="00EF2AF8" w:rsidRPr="00E64FF6" w:rsidRDefault="00EF2AF8">
            <w:pPr>
              <w:rPr>
                <w:rFonts w:ascii="Arial" w:hAnsi="Arial" w:cs="Arial"/>
              </w:rPr>
            </w:pPr>
          </w:p>
        </w:tc>
      </w:tr>
    </w:tbl>
    <w:p w14:paraId="44385753" w14:textId="77777777" w:rsidR="00EF2AF8" w:rsidRDefault="00EF2AF8">
      <w:pPr>
        <w:rPr>
          <w:rFonts w:ascii="Arial" w:hAnsi="Arial" w:cs="Arial"/>
          <w:b/>
        </w:rPr>
      </w:pPr>
    </w:p>
    <w:p w14:paraId="619E7A05" w14:textId="46222E70" w:rsidR="00D116A4" w:rsidRPr="00AA4612" w:rsidRDefault="00D116A4" w:rsidP="00545E18">
      <w:pPr>
        <w:pStyle w:val="Heading3"/>
        <w:rPr>
          <w:color w:val="FF0000"/>
        </w:rPr>
      </w:pPr>
      <w:r>
        <w:t>Online Safety</w:t>
      </w:r>
      <w:r w:rsidR="00AA4612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4666"/>
      </w:tblGrid>
      <w:tr w:rsidR="00E431E7" w14:paraId="47FCE6B7" w14:textId="77777777" w:rsidTr="00E431E7">
        <w:tc>
          <w:tcPr>
            <w:tcW w:w="3964" w:type="dxa"/>
          </w:tcPr>
          <w:p w14:paraId="7EBBC767" w14:textId="6A7A5B26" w:rsidR="00E431E7" w:rsidRDefault="00E431E7">
            <w:pPr>
              <w:rPr>
                <w:rFonts w:ascii="Arial" w:hAnsi="Arial" w:cs="Arial"/>
                <w:b/>
              </w:rPr>
            </w:pPr>
            <w:r w:rsidRPr="00E431E7">
              <w:rPr>
                <w:rFonts w:ascii="Arial" w:hAnsi="Arial" w:cs="Arial"/>
                <w:bCs/>
              </w:rPr>
              <w:t>Do students have access to</w:t>
            </w:r>
            <w:r>
              <w:rPr>
                <w:rFonts w:ascii="Arial" w:hAnsi="Arial" w:cs="Arial"/>
                <w:bCs/>
              </w:rPr>
              <w:t xml:space="preserve"> online devices? (e.g. c</w:t>
            </w:r>
            <w:r w:rsidRPr="00E431E7">
              <w:rPr>
                <w:rFonts w:ascii="Arial" w:hAnsi="Arial" w:cs="Arial"/>
                <w:bCs/>
              </w:rPr>
              <w:t>omputers / iPad etc</w:t>
            </w:r>
            <w:r>
              <w:rPr>
                <w:rFonts w:ascii="Arial" w:hAnsi="Arial" w:cs="Arial"/>
                <w:bCs/>
              </w:rPr>
              <w:t>.)</w:t>
            </w:r>
          </w:p>
        </w:tc>
        <w:tc>
          <w:tcPr>
            <w:tcW w:w="4666" w:type="dxa"/>
          </w:tcPr>
          <w:p w14:paraId="04DDB1DC" w14:textId="5EF46856" w:rsidR="00E431E7" w:rsidRPr="00E431E7" w:rsidRDefault="00E431E7">
            <w:pPr>
              <w:rPr>
                <w:rFonts w:ascii="Arial" w:hAnsi="Arial" w:cs="Arial"/>
                <w:bCs/>
              </w:rPr>
            </w:pPr>
            <w:r w:rsidRPr="00E431E7">
              <w:rPr>
                <w:rFonts w:ascii="Arial" w:hAnsi="Arial" w:cs="Arial"/>
                <w:bCs/>
              </w:rPr>
              <w:t>Yes / No</w:t>
            </w:r>
            <w:r>
              <w:rPr>
                <w:rFonts w:ascii="Arial" w:hAnsi="Arial" w:cs="Arial"/>
                <w:bCs/>
              </w:rPr>
              <w:t xml:space="preserve"> (if No, ignore remainder of questions).</w:t>
            </w:r>
          </w:p>
        </w:tc>
      </w:tr>
      <w:tr w:rsidR="00E431E7" w14:paraId="59E5D5BD" w14:textId="77777777" w:rsidTr="00E431E7">
        <w:tc>
          <w:tcPr>
            <w:tcW w:w="3964" w:type="dxa"/>
          </w:tcPr>
          <w:p w14:paraId="4C2BD13F" w14:textId="1AA26114" w:rsidR="00E431E7" w:rsidRPr="00E431E7" w:rsidRDefault="00E431E7">
            <w:pPr>
              <w:rPr>
                <w:rFonts w:ascii="Arial" w:hAnsi="Arial" w:cs="Arial"/>
                <w:bCs/>
              </w:rPr>
            </w:pPr>
            <w:r w:rsidRPr="00E431E7">
              <w:rPr>
                <w:rFonts w:ascii="Arial" w:hAnsi="Arial" w:cs="Arial"/>
                <w:bCs/>
              </w:rPr>
              <w:t xml:space="preserve">Are there filtering and monitoring systems in place to cover all </w:t>
            </w:r>
            <w:proofErr w:type="gramStart"/>
            <w:r w:rsidRPr="00E431E7">
              <w:rPr>
                <w:rFonts w:ascii="Arial" w:hAnsi="Arial" w:cs="Arial"/>
                <w:bCs/>
              </w:rPr>
              <w:t>internet enabled</w:t>
            </w:r>
            <w:proofErr w:type="gramEnd"/>
            <w:r w:rsidRPr="00E431E7">
              <w:rPr>
                <w:rFonts w:ascii="Arial" w:hAnsi="Arial" w:cs="Arial"/>
                <w:bCs/>
              </w:rPr>
              <w:t xml:space="preserve"> devices used by pupils? </w:t>
            </w:r>
          </w:p>
        </w:tc>
        <w:tc>
          <w:tcPr>
            <w:tcW w:w="4666" w:type="dxa"/>
          </w:tcPr>
          <w:p w14:paraId="480744C3" w14:textId="01EFE2FB" w:rsidR="00E431E7" w:rsidRPr="00E431E7" w:rsidRDefault="00E431E7">
            <w:pPr>
              <w:rPr>
                <w:rFonts w:ascii="Arial" w:hAnsi="Arial" w:cs="Arial"/>
                <w:bCs/>
              </w:rPr>
            </w:pPr>
            <w:r w:rsidRPr="00E431E7">
              <w:rPr>
                <w:rFonts w:ascii="Arial" w:hAnsi="Arial" w:cs="Arial"/>
                <w:bCs/>
              </w:rPr>
              <w:t>Yes / No</w:t>
            </w:r>
          </w:p>
        </w:tc>
      </w:tr>
      <w:tr w:rsidR="00E431E7" w14:paraId="1B3705C2" w14:textId="77777777" w:rsidTr="00E431E7">
        <w:tc>
          <w:tcPr>
            <w:tcW w:w="3964" w:type="dxa"/>
          </w:tcPr>
          <w:p w14:paraId="614598E3" w14:textId="2FA56F36" w:rsidR="00E431E7" w:rsidRPr="00E431E7" w:rsidRDefault="00E431E7">
            <w:pPr>
              <w:rPr>
                <w:rFonts w:ascii="Arial" w:hAnsi="Arial" w:cs="Arial"/>
                <w:bCs/>
              </w:rPr>
            </w:pPr>
            <w:r w:rsidRPr="00E431E7">
              <w:rPr>
                <w:rFonts w:ascii="Arial" w:hAnsi="Arial" w:cs="Arial"/>
                <w:bCs/>
              </w:rPr>
              <w:t xml:space="preserve">Who is the named senior leader with responsibility for filtering and monitoring? </w:t>
            </w:r>
          </w:p>
        </w:tc>
        <w:tc>
          <w:tcPr>
            <w:tcW w:w="4666" w:type="dxa"/>
          </w:tcPr>
          <w:p w14:paraId="46072584" w14:textId="77777777" w:rsidR="00E431E7" w:rsidRDefault="00E431E7">
            <w:pPr>
              <w:rPr>
                <w:rFonts w:ascii="Arial" w:hAnsi="Arial" w:cs="Arial"/>
                <w:b/>
              </w:rPr>
            </w:pPr>
          </w:p>
        </w:tc>
      </w:tr>
      <w:tr w:rsidR="00E431E7" w14:paraId="2861AE49" w14:textId="77777777" w:rsidTr="00E431E7">
        <w:tc>
          <w:tcPr>
            <w:tcW w:w="3964" w:type="dxa"/>
          </w:tcPr>
          <w:p w14:paraId="28E49DEC" w14:textId="5192346F" w:rsidR="00E431E7" w:rsidRPr="00E431E7" w:rsidRDefault="00E431E7">
            <w:pPr>
              <w:rPr>
                <w:rFonts w:ascii="Arial" w:hAnsi="Arial" w:cs="Arial"/>
                <w:bCs/>
              </w:rPr>
            </w:pPr>
            <w:r w:rsidRPr="00E431E7">
              <w:rPr>
                <w:rFonts w:ascii="Arial" w:hAnsi="Arial" w:cs="Arial"/>
                <w:bCs/>
              </w:rPr>
              <w:t>Annual reviews carried out and recorded?</w:t>
            </w:r>
          </w:p>
        </w:tc>
        <w:tc>
          <w:tcPr>
            <w:tcW w:w="4666" w:type="dxa"/>
          </w:tcPr>
          <w:p w14:paraId="658B3448" w14:textId="047A4C59" w:rsidR="00E431E7" w:rsidRPr="00E431E7" w:rsidRDefault="00E431E7">
            <w:pPr>
              <w:rPr>
                <w:rFonts w:ascii="Arial" w:hAnsi="Arial" w:cs="Arial"/>
                <w:bCs/>
              </w:rPr>
            </w:pPr>
            <w:r w:rsidRPr="00E431E7">
              <w:rPr>
                <w:rFonts w:ascii="Arial" w:hAnsi="Arial" w:cs="Arial"/>
                <w:bCs/>
              </w:rPr>
              <w:t>Yes / No</w:t>
            </w:r>
          </w:p>
        </w:tc>
      </w:tr>
      <w:tr w:rsidR="00E431E7" w14:paraId="338A512D" w14:textId="77777777" w:rsidTr="00E431E7">
        <w:tc>
          <w:tcPr>
            <w:tcW w:w="3964" w:type="dxa"/>
          </w:tcPr>
          <w:p w14:paraId="0915FFBD" w14:textId="518AC501" w:rsidR="00E431E7" w:rsidRPr="00E431E7" w:rsidRDefault="00E431E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Process in place to respond to any alerts?</w:t>
            </w:r>
          </w:p>
        </w:tc>
        <w:tc>
          <w:tcPr>
            <w:tcW w:w="4666" w:type="dxa"/>
          </w:tcPr>
          <w:p w14:paraId="2C00BE1E" w14:textId="10651AAC" w:rsidR="00E431E7" w:rsidRPr="00E431E7" w:rsidRDefault="00E431E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Yes / No</w:t>
            </w:r>
          </w:p>
        </w:tc>
      </w:tr>
      <w:tr w:rsidR="00E431E7" w14:paraId="3685351D" w14:textId="77777777" w:rsidTr="00E431E7">
        <w:tc>
          <w:tcPr>
            <w:tcW w:w="3964" w:type="dxa"/>
          </w:tcPr>
          <w:p w14:paraId="7ABB89AA" w14:textId="2F7B06B4" w:rsidR="00E431E7" w:rsidRPr="00E431E7" w:rsidRDefault="00E431E7" w:rsidP="00E431E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Policy in place (or similar) that considers online risks, e.g. </w:t>
            </w:r>
            <w:r w:rsidRPr="00E431E7">
              <w:rPr>
                <w:rFonts w:ascii="Arial" w:hAnsi="Arial" w:cs="Arial"/>
                <w:bCs/>
              </w:rPr>
              <w:t>from AI tools, social media, online exploitation, extremism and harmful content.</w:t>
            </w:r>
            <w:r w:rsidRPr="00E431E7">
              <w:rPr>
                <w:rFonts w:ascii="Arial" w:hAnsi="Arial" w:cs="Arial"/>
                <w:bCs/>
                <w:lang w:val="en-GB"/>
              </w:rPr>
              <w:t xml:space="preserve"> </w:t>
            </w:r>
          </w:p>
        </w:tc>
        <w:tc>
          <w:tcPr>
            <w:tcW w:w="4666" w:type="dxa"/>
          </w:tcPr>
          <w:p w14:paraId="079D3EF7" w14:textId="2839DACB" w:rsidR="00E431E7" w:rsidRPr="00E431E7" w:rsidRDefault="00E431E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Yes / No</w:t>
            </w:r>
          </w:p>
        </w:tc>
      </w:tr>
      <w:tr w:rsidR="00E431E7" w14:paraId="24FC8CFE" w14:textId="77777777" w:rsidTr="00E431E7">
        <w:tc>
          <w:tcPr>
            <w:tcW w:w="3964" w:type="dxa"/>
          </w:tcPr>
          <w:p w14:paraId="3748A8F1" w14:textId="4BB08A47" w:rsidR="00E431E7" w:rsidRPr="00E431E7" w:rsidRDefault="00E431E7">
            <w:pPr>
              <w:rPr>
                <w:rFonts w:ascii="Arial" w:hAnsi="Arial" w:cs="Arial"/>
                <w:bCs/>
              </w:rPr>
            </w:pPr>
            <w:r w:rsidRPr="00E431E7">
              <w:rPr>
                <w:rFonts w:ascii="Arial" w:hAnsi="Arial" w:cs="Arial"/>
                <w:bCs/>
                <w:lang w:val="en-GB"/>
              </w:rPr>
              <w:t>Can evidence how online safety concerns are escalated and recorded</w:t>
            </w:r>
          </w:p>
        </w:tc>
        <w:tc>
          <w:tcPr>
            <w:tcW w:w="4666" w:type="dxa"/>
          </w:tcPr>
          <w:p w14:paraId="798601B6" w14:textId="08C8606F" w:rsidR="00E431E7" w:rsidRPr="00E431E7" w:rsidRDefault="00E431E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Yes / No</w:t>
            </w:r>
          </w:p>
        </w:tc>
      </w:tr>
    </w:tbl>
    <w:p w14:paraId="2F21B1FF" w14:textId="77777777" w:rsidR="00E431E7" w:rsidRDefault="00E431E7">
      <w:pPr>
        <w:rPr>
          <w:rFonts w:ascii="Arial" w:hAnsi="Arial" w:cs="Arial"/>
          <w:b/>
        </w:rPr>
      </w:pPr>
    </w:p>
    <w:p w14:paraId="16ECA2E6" w14:textId="77777777" w:rsidR="00AA4612" w:rsidRDefault="00AA4612" w:rsidP="00545E18">
      <w:pPr>
        <w:pStyle w:val="Heading2"/>
      </w:pPr>
      <w:r>
        <w:t>Part 2 – Ongoing Visit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89"/>
        <w:gridCol w:w="4641"/>
      </w:tblGrid>
      <w:tr w:rsidR="00AA4612" w:rsidRPr="00E64FF6" w14:paraId="658F810A" w14:textId="77777777" w:rsidTr="00AA4612">
        <w:tc>
          <w:tcPr>
            <w:tcW w:w="3989" w:type="dxa"/>
          </w:tcPr>
          <w:p w14:paraId="1FA618E7" w14:textId="77777777" w:rsidR="00AA4612" w:rsidRPr="00E64FF6" w:rsidRDefault="00AA4612" w:rsidP="003163EC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Student Name:</w:t>
            </w:r>
          </w:p>
        </w:tc>
        <w:tc>
          <w:tcPr>
            <w:tcW w:w="4641" w:type="dxa"/>
          </w:tcPr>
          <w:p w14:paraId="42161E26" w14:textId="77777777" w:rsidR="00AA4612" w:rsidRPr="00E64FF6" w:rsidRDefault="00AA4612" w:rsidP="003163EC">
            <w:pPr>
              <w:rPr>
                <w:rFonts w:ascii="Arial" w:hAnsi="Arial" w:cs="Arial"/>
              </w:rPr>
            </w:pPr>
          </w:p>
        </w:tc>
      </w:tr>
      <w:tr w:rsidR="00AA4612" w:rsidRPr="00E64FF6" w14:paraId="66A7F26F" w14:textId="77777777" w:rsidTr="00AA4612">
        <w:tc>
          <w:tcPr>
            <w:tcW w:w="3989" w:type="dxa"/>
          </w:tcPr>
          <w:p w14:paraId="4D564E13" w14:textId="77777777" w:rsidR="00AA4612" w:rsidRPr="00E64FF6" w:rsidRDefault="00AA4612" w:rsidP="003163EC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UPN:</w:t>
            </w:r>
          </w:p>
        </w:tc>
        <w:tc>
          <w:tcPr>
            <w:tcW w:w="4641" w:type="dxa"/>
          </w:tcPr>
          <w:p w14:paraId="02FE08E5" w14:textId="77777777" w:rsidR="00AA4612" w:rsidRPr="00E64FF6" w:rsidRDefault="00AA4612" w:rsidP="003163EC">
            <w:pPr>
              <w:rPr>
                <w:rFonts w:ascii="Arial" w:hAnsi="Arial" w:cs="Arial"/>
              </w:rPr>
            </w:pPr>
          </w:p>
        </w:tc>
      </w:tr>
      <w:tr w:rsidR="00AA4612" w:rsidRPr="00E64FF6" w14:paraId="1EB20ADA" w14:textId="77777777" w:rsidTr="00AA4612">
        <w:tc>
          <w:tcPr>
            <w:tcW w:w="3989" w:type="dxa"/>
          </w:tcPr>
          <w:p w14:paraId="540C83D6" w14:textId="77777777" w:rsidR="00AA4612" w:rsidRPr="00E64FF6" w:rsidRDefault="00AA4612" w:rsidP="003163EC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Alternative Provision (AP) Provider:</w:t>
            </w:r>
          </w:p>
        </w:tc>
        <w:tc>
          <w:tcPr>
            <w:tcW w:w="4641" w:type="dxa"/>
          </w:tcPr>
          <w:p w14:paraId="7F2A8EB7" w14:textId="77777777" w:rsidR="00AA4612" w:rsidRPr="00E64FF6" w:rsidRDefault="00AA4612" w:rsidP="003163EC">
            <w:pPr>
              <w:rPr>
                <w:rFonts w:ascii="Arial" w:hAnsi="Arial" w:cs="Arial"/>
              </w:rPr>
            </w:pPr>
          </w:p>
        </w:tc>
      </w:tr>
      <w:tr w:rsidR="00AA4612" w:rsidRPr="00E64FF6" w14:paraId="0E244C2D" w14:textId="77777777" w:rsidTr="00AA4612">
        <w:tc>
          <w:tcPr>
            <w:tcW w:w="3989" w:type="dxa"/>
          </w:tcPr>
          <w:p w14:paraId="2F571727" w14:textId="77777777" w:rsidR="00AA4612" w:rsidRPr="00E64FF6" w:rsidRDefault="00AA4612" w:rsidP="003163EC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 xml:space="preserve">AP Address visited: </w:t>
            </w:r>
          </w:p>
        </w:tc>
        <w:tc>
          <w:tcPr>
            <w:tcW w:w="4641" w:type="dxa"/>
          </w:tcPr>
          <w:p w14:paraId="3B1FF15C" w14:textId="77777777" w:rsidR="00AA4612" w:rsidRPr="00E64FF6" w:rsidRDefault="00AA4612" w:rsidP="003163EC">
            <w:pPr>
              <w:rPr>
                <w:rFonts w:ascii="Arial" w:hAnsi="Arial" w:cs="Arial"/>
              </w:rPr>
            </w:pPr>
          </w:p>
          <w:p w14:paraId="537B271E" w14:textId="77777777" w:rsidR="00AA4612" w:rsidRPr="00E64FF6" w:rsidRDefault="00AA4612" w:rsidP="003163EC">
            <w:pPr>
              <w:rPr>
                <w:rFonts w:ascii="Arial" w:hAnsi="Arial" w:cs="Arial"/>
              </w:rPr>
            </w:pPr>
          </w:p>
          <w:p w14:paraId="36989BCA" w14:textId="77777777" w:rsidR="00AA4612" w:rsidRPr="00E64FF6" w:rsidRDefault="00AA4612" w:rsidP="003163EC">
            <w:pPr>
              <w:rPr>
                <w:rFonts w:ascii="Arial" w:hAnsi="Arial" w:cs="Arial"/>
              </w:rPr>
            </w:pPr>
          </w:p>
          <w:p w14:paraId="179D71D2" w14:textId="77777777" w:rsidR="00AA4612" w:rsidRPr="00E64FF6" w:rsidRDefault="00AA4612" w:rsidP="003163EC">
            <w:pPr>
              <w:rPr>
                <w:rFonts w:ascii="Arial" w:hAnsi="Arial" w:cs="Arial"/>
              </w:rPr>
            </w:pPr>
          </w:p>
        </w:tc>
      </w:tr>
      <w:tr w:rsidR="00AA4612" w:rsidRPr="00E64FF6" w14:paraId="0E61605D" w14:textId="77777777" w:rsidTr="00AA4612">
        <w:tc>
          <w:tcPr>
            <w:tcW w:w="3989" w:type="dxa"/>
          </w:tcPr>
          <w:p w14:paraId="7FC86BF8" w14:textId="77777777" w:rsidR="00AA4612" w:rsidRPr="00E64FF6" w:rsidRDefault="00AA4612" w:rsidP="003163EC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Date of Visit:</w:t>
            </w:r>
          </w:p>
        </w:tc>
        <w:tc>
          <w:tcPr>
            <w:tcW w:w="4641" w:type="dxa"/>
          </w:tcPr>
          <w:p w14:paraId="46E305C6" w14:textId="77777777" w:rsidR="00AA4612" w:rsidRPr="00E64FF6" w:rsidRDefault="00AA4612" w:rsidP="003163EC">
            <w:pPr>
              <w:rPr>
                <w:rFonts w:ascii="Arial" w:hAnsi="Arial" w:cs="Arial"/>
              </w:rPr>
            </w:pPr>
          </w:p>
        </w:tc>
      </w:tr>
      <w:tr w:rsidR="00AA4612" w:rsidRPr="00E64FF6" w14:paraId="1064EF68" w14:textId="77777777" w:rsidTr="00AA4612">
        <w:tc>
          <w:tcPr>
            <w:tcW w:w="3989" w:type="dxa"/>
          </w:tcPr>
          <w:p w14:paraId="48BA84AF" w14:textId="77777777" w:rsidR="00AA4612" w:rsidRPr="00E64FF6" w:rsidRDefault="00AA4612" w:rsidP="003163EC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Reviewer Name:</w:t>
            </w:r>
          </w:p>
        </w:tc>
        <w:tc>
          <w:tcPr>
            <w:tcW w:w="4641" w:type="dxa"/>
          </w:tcPr>
          <w:p w14:paraId="3681108E" w14:textId="77777777" w:rsidR="00AA4612" w:rsidRPr="00E64FF6" w:rsidRDefault="00AA4612" w:rsidP="003163EC">
            <w:pPr>
              <w:rPr>
                <w:rFonts w:ascii="Arial" w:hAnsi="Arial" w:cs="Arial"/>
              </w:rPr>
            </w:pPr>
          </w:p>
        </w:tc>
      </w:tr>
      <w:tr w:rsidR="00AA4612" w:rsidRPr="00E64FF6" w14:paraId="448DA541" w14:textId="77777777" w:rsidTr="00AA4612">
        <w:tc>
          <w:tcPr>
            <w:tcW w:w="3989" w:type="dxa"/>
          </w:tcPr>
          <w:p w14:paraId="0B4117C4" w14:textId="77777777" w:rsidR="00AA4612" w:rsidRPr="00E64FF6" w:rsidRDefault="00AA4612" w:rsidP="003163EC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Next Review Date:</w:t>
            </w:r>
          </w:p>
        </w:tc>
        <w:tc>
          <w:tcPr>
            <w:tcW w:w="4641" w:type="dxa"/>
          </w:tcPr>
          <w:p w14:paraId="5B396968" w14:textId="77777777" w:rsidR="00AA4612" w:rsidRPr="00E64FF6" w:rsidRDefault="00AA4612" w:rsidP="003163EC">
            <w:pPr>
              <w:rPr>
                <w:rFonts w:ascii="Arial" w:hAnsi="Arial" w:cs="Arial"/>
              </w:rPr>
            </w:pPr>
          </w:p>
        </w:tc>
      </w:tr>
    </w:tbl>
    <w:p w14:paraId="37D1F815" w14:textId="77777777" w:rsidR="00AA4612" w:rsidRDefault="00AA4612">
      <w:pPr>
        <w:rPr>
          <w:rFonts w:ascii="Arial" w:hAnsi="Arial" w:cs="Arial"/>
          <w:b/>
        </w:rPr>
      </w:pPr>
    </w:p>
    <w:p w14:paraId="6A30C606" w14:textId="77777777" w:rsidR="00AA4612" w:rsidRPr="00E64FF6" w:rsidRDefault="00AA4612" w:rsidP="00545E18">
      <w:pPr>
        <w:pStyle w:val="Heading3"/>
      </w:pPr>
      <w:r w:rsidRPr="00E64FF6">
        <w:t>Attendance &amp; Engagement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84"/>
        <w:gridCol w:w="4646"/>
      </w:tblGrid>
      <w:tr w:rsidR="00AA4612" w:rsidRPr="00E64FF6" w14:paraId="69F5289F" w14:textId="77777777" w:rsidTr="003163EC">
        <w:tc>
          <w:tcPr>
            <w:tcW w:w="4077" w:type="dxa"/>
          </w:tcPr>
          <w:p w14:paraId="6C29D5D7" w14:textId="77777777" w:rsidR="00AA4612" w:rsidRPr="00E64FF6" w:rsidRDefault="00AA4612" w:rsidP="003163EC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Current Attendance:</w:t>
            </w:r>
          </w:p>
        </w:tc>
        <w:tc>
          <w:tcPr>
            <w:tcW w:w="4779" w:type="dxa"/>
          </w:tcPr>
          <w:p w14:paraId="1BFD92CB" w14:textId="77777777" w:rsidR="00AA4612" w:rsidRPr="00E64FF6" w:rsidRDefault="00AA4612" w:rsidP="003163EC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 xml:space="preserve">                           %</w:t>
            </w:r>
          </w:p>
        </w:tc>
      </w:tr>
      <w:tr w:rsidR="00AA4612" w:rsidRPr="00E64FF6" w14:paraId="7BC4102A" w14:textId="77777777" w:rsidTr="003163EC">
        <w:tc>
          <w:tcPr>
            <w:tcW w:w="4077" w:type="dxa"/>
          </w:tcPr>
          <w:p w14:paraId="7D244269" w14:textId="77777777" w:rsidR="00AA4612" w:rsidRPr="00E64FF6" w:rsidRDefault="00AA4612" w:rsidP="003163EC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Attendance since last review:</w:t>
            </w:r>
          </w:p>
        </w:tc>
        <w:tc>
          <w:tcPr>
            <w:tcW w:w="4779" w:type="dxa"/>
          </w:tcPr>
          <w:p w14:paraId="7314B080" w14:textId="77777777" w:rsidR="00AA4612" w:rsidRPr="00E64FF6" w:rsidRDefault="00AA4612" w:rsidP="003163EC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 xml:space="preserve">                           %</w:t>
            </w:r>
          </w:p>
        </w:tc>
      </w:tr>
      <w:tr w:rsidR="00AA4612" w:rsidRPr="00E64FF6" w14:paraId="373F055E" w14:textId="77777777" w:rsidTr="003163EC">
        <w:tc>
          <w:tcPr>
            <w:tcW w:w="4077" w:type="dxa"/>
          </w:tcPr>
          <w:p w14:paraId="2BAD0A3A" w14:textId="77777777" w:rsidR="00AA4612" w:rsidRPr="00E64FF6" w:rsidRDefault="00AA4612" w:rsidP="003163EC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Any unexplained absences?</w:t>
            </w:r>
          </w:p>
        </w:tc>
        <w:tc>
          <w:tcPr>
            <w:tcW w:w="4779" w:type="dxa"/>
          </w:tcPr>
          <w:p w14:paraId="286E2D5C" w14:textId="77777777" w:rsidR="00AA4612" w:rsidRPr="00E64FF6" w:rsidRDefault="00AA4612" w:rsidP="003163EC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</w:t>
            </w:r>
            <w:proofErr w:type="gramStart"/>
            <w:r w:rsidRPr="00E64FF6">
              <w:rPr>
                <w:rFonts w:ascii="Arial" w:hAnsi="Arial" w:cs="Arial"/>
              </w:rPr>
              <w:t xml:space="preserve">   (</w:t>
            </w:r>
            <w:proofErr w:type="gramEnd"/>
            <w:r w:rsidRPr="00E64FF6">
              <w:rPr>
                <w:rFonts w:ascii="Arial" w:hAnsi="Arial" w:cs="Arial"/>
              </w:rPr>
              <w:t xml:space="preserve">If </w:t>
            </w:r>
            <w:proofErr w:type="gramStart"/>
            <w:r w:rsidRPr="00E64FF6">
              <w:rPr>
                <w:rFonts w:ascii="Arial" w:hAnsi="Arial" w:cs="Arial"/>
              </w:rPr>
              <w:t>Yes</w:t>
            </w:r>
            <w:proofErr w:type="gramEnd"/>
            <w:r w:rsidRPr="00E64FF6">
              <w:rPr>
                <w:rFonts w:ascii="Arial" w:hAnsi="Arial" w:cs="Arial"/>
              </w:rPr>
              <w:t>, please provide details)</w:t>
            </w:r>
          </w:p>
          <w:p w14:paraId="25CEF78B" w14:textId="77777777" w:rsidR="00AA4612" w:rsidRPr="00E64FF6" w:rsidRDefault="00AA4612" w:rsidP="003163EC">
            <w:pPr>
              <w:rPr>
                <w:rFonts w:ascii="Arial" w:hAnsi="Arial" w:cs="Arial"/>
              </w:rPr>
            </w:pPr>
          </w:p>
          <w:p w14:paraId="0FFB502A" w14:textId="77777777" w:rsidR="00AA4612" w:rsidRPr="00E64FF6" w:rsidRDefault="00AA4612" w:rsidP="003163EC">
            <w:pPr>
              <w:rPr>
                <w:rFonts w:ascii="Arial" w:hAnsi="Arial" w:cs="Arial"/>
              </w:rPr>
            </w:pPr>
          </w:p>
        </w:tc>
      </w:tr>
      <w:tr w:rsidR="00AA4612" w:rsidRPr="00E64FF6" w14:paraId="3767FDBF" w14:textId="77777777" w:rsidTr="003163EC">
        <w:tc>
          <w:tcPr>
            <w:tcW w:w="4077" w:type="dxa"/>
          </w:tcPr>
          <w:p w14:paraId="07BDC423" w14:textId="77777777" w:rsidR="00AA4612" w:rsidRPr="00E64FF6" w:rsidRDefault="00AA4612" w:rsidP="003163EC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lastRenderedPageBreak/>
              <w:t>Any punctuality concerns?</w:t>
            </w:r>
          </w:p>
        </w:tc>
        <w:tc>
          <w:tcPr>
            <w:tcW w:w="4779" w:type="dxa"/>
          </w:tcPr>
          <w:p w14:paraId="161A3627" w14:textId="77777777" w:rsidR="00AA4612" w:rsidRPr="00E64FF6" w:rsidRDefault="00AA4612" w:rsidP="003163EC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</w:t>
            </w:r>
            <w:proofErr w:type="gramStart"/>
            <w:r w:rsidRPr="00E64FF6">
              <w:rPr>
                <w:rFonts w:ascii="Arial" w:hAnsi="Arial" w:cs="Arial"/>
              </w:rPr>
              <w:t xml:space="preserve">   (</w:t>
            </w:r>
            <w:proofErr w:type="gramEnd"/>
            <w:r w:rsidRPr="00E64FF6">
              <w:rPr>
                <w:rFonts w:ascii="Arial" w:hAnsi="Arial" w:cs="Arial"/>
              </w:rPr>
              <w:t xml:space="preserve">If </w:t>
            </w:r>
            <w:proofErr w:type="gramStart"/>
            <w:r w:rsidRPr="00E64FF6">
              <w:rPr>
                <w:rFonts w:ascii="Arial" w:hAnsi="Arial" w:cs="Arial"/>
              </w:rPr>
              <w:t>Yes</w:t>
            </w:r>
            <w:proofErr w:type="gramEnd"/>
            <w:r w:rsidRPr="00E64FF6">
              <w:rPr>
                <w:rFonts w:ascii="Arial" w:hAnsi="Arial" w:cs="Arial"/>
              </w:rPr>
              <w:t>, please provide details)</w:t>
            </w:r>
          </w:p>
          <w:p w14:paraId="069C3BEE" w14:textId="77777777" w:rsidR="00AA4612" w:rsidRPr="00E64FF6" w:rsidRDefault="00AA4612" w:rsidP="003163EC">
            <w:pPr>
              <w:rPr>
                <w:rFonts w:ascii="Arial" w:hAnsi="Arial" w:cs="Arial"/>
              </w:rPr>
            </w:pPr>
          </w:p>
          <w:p w14:paraId="32B3D10F" w14:textId="77777777" w:rsidR="00AA4612" w:rsidRPr="00E64FF6" w:rsidRDefault="00AA4612" w:rsidP="003163EC">
            <w:pPr>
              <w:rPr>
                <w:rFonts w:ascii="Arial" w:hAnsi="Arial" w:cs="Arial"/>
              </w:rPr>
            </w:pPr>
          </w:p>
        </w:tc>
      </w:tr>
      <w:tr w:rsidR="00AA4612" w:rsidRPr="00E64FF6" w14:paraId="074C33DE" w14:textId="77777777" w:rsidTr="003163EC">
        <w:tc>
          <w:tcPr>
            <w:tcW w:w="4077" w:type="dxa"/>
          </w:tcPr>
          <w:p w14:paraId="2B7E654D" w14:textId="77777777" w:rsidR="00AA4612" w:rsidRPr="00E64FF6" w:rsidRDefault="00AA4612" w:rsidP="003163EC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 xml:space="preserve">Evidence available </w:t>
            </w:r>
            <w:proofErr w:type="gramStart"/>
            <w:r w:rsidRPr="00E64FF6">
              <w:rPr>
                <w:rFonts w:ascii="Arial" w:hAnsi="Arial" w:cs="Arial"/>
              </w:rPr>
              <w:t>of</w:t>
            </w:r>
            <w:proofErr w:type="gramEnd"/>
            <w:r w:rsidRPr="00E64FF6">
              <w:rPr>
                <w:rFonts w:ascii="Arial" w:hAnsi="Arial" w:cs="Arial"/>
              </w:rPr>
              <w:t xml:space="preserve"> young </w:t>
            </w:r>
            <w:proofErr w:type="gramStart"/>
            <w:r w:rsidRPr="00E64FF6">
              <w:rPr>
                <w:rFonts w:ascii="Arial" w:hAnsi="Arial" w:cs="Arial"/>
              </w:rPr>
              <w:t>person</w:t>
            </w:r>
            <w:proofErr w:type="gramEnd"/>
            <w:r w:rsidRPr="00E64FF6">
              <w:rPr>
                <w:rFonts w:ascii="Arial" w:hAnsi="Arial" w:cs="Arial"/>
              </w:rPr>
              <w:t xml:space="preserve"> engaging with learning? </w:t>
            </w:r>
          </w:p>
        </w:tc>
        <w:tc>
          <w:tcPr>
            <w:tcW w:w="4779" w:type="dxa"/>
          </w:tcPr>
          <w:p w14:paraId="2B00F771" w14:textId="77777777" w:rsidR="00AA4612" w:rsidRPr="00E64FF6" w:rsidRDefault="00AA4612" w:rsidP="003163EC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</w:t>
            </w:r>
            <w:proofErr w:type="gramStart"/>
            <w:r w:rsidRPr="00E64FF6">
              <w:rPr>
                <w:rFonts w:ascii="Arial" w:hAnsi="Arial" w:cs="Arial"/>
              </w:rPr>
              <w:t xml:space="preserve">   (</w:t>
            </w:r>
            <w:proofErr w:type="gramEnd"/>
            <w:r w:rsidRPr="00E64FF6">
              <w:rPr>
                <w:rFonts w:ascii="Arial" w:hAnsi="Arial" w:cs="Arial"/>
              </w:rPr>
              <w:t>If No, please provide details)</w:t>
            </w:r>
          </w:p>
          <w:p w14:paraId="5F2173EE" w14:textId="77777777" w:rsidR="00AA4612" w:rsidRPr="00E64FF6" w:rsidRDefault="00AA4612" w:rsidP="003163EC">
            <w:pPr>
              <w:rPr>
                <w:rFonts w:ascii="Arial" w:hAnsi="Arial" w:cs="Arial"/>
              </w:rPr>
            </w:pPr>
          </w:p>
          <w:p w14:paraId="21694F0C" w14:textId="77777777" w:rsidR="00AA4612" w:rsidRPr="00E64FF6" w:rsidRDefault="00AA4612" w:rsidP="003163EC">
            <w:pPr>
              <w:rPr>
                <w:rFonts w:ascii="Arial" w:hAnsi="Arial" w:cs="Arial"/>
              </w:rPr>
            </w:pPr>
          </w:p>
          <w:p w14:paraId="600A542D" w14:textId="77777777" w:rsidR="00AA4612" w:rsidRPr="00E64FF6" w:rsidRDefault="00AA4612" w:rsidP="003163EC">
            <w:pPr>
              <w:rPr>
                <w:rFonts w:ascii="Arial" w:hAnsi="Arial" w:cs="Arial"/>
              </w:rPr>
            </w:pPr>
          </w:p>
        </w:tc>
      </w:tr>
      <w:tr w:rsidR="00AA4612" w:rsidRPr="00E64FF6" w14:paraId="3A5FE3F4" w14:textId="77777777" w:rsidTr="003163EC">
        <w:tc>
          <w:tcPr>
            <w:tcW w:w="4077" w:type="dxa"/>
          </w:tcPr>
          <w:p w14:paraId="116E863F" w14:textId="77777777" w:rsidR="00AA4612" w:rsidRPr="00E64FF6" w:rsidRDefault="00AA4612" w:rsidP="003163EC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Additional Comments:</w:t>
            </w:r>
          </w:p>
        </w:tc>
        <w:tc>
          <w:tcPr>
            <w:tcW w:w="4779" w:type="dxa"/>
          </w:tcPr>
          <w:p w14:paraId="5820D402" w14:textId="77777777" w:rsidR="00AA4612" w:rsidRPr="00E64FF6" w:rsidRDefault="00AA4612" w:rsidP="003163EC">
            <w:pPr>
              <w:rPr>
                <w:rFonts w:ascii="Arial" w:hAnsi="Arial" w:cs="Arial"/>
              </w:rPr>
            </w:pPr>
          </w:p>
          <w:p w14:paraId="7E72489C" w14:textId="77777777" w:rsidR="00AA4612" w:rsidRPr="00E64FF6" w:rsidRDefault="00AA4612" w:rsidP="003163EC">
            <w:pPr>
              <w:rPr>
                <w:rFonts w:ascii="Arial" w:hAnsi="Arial" w:cs="Arial"/>
              </w:rPr>
            </w:pPr>
          </w:p>
          <w:p w14:paraId="01587A7E" w14:textId="77777777" w:rsidR="00AA4612" w:rsidRPr="00E64FF6" w:rsidRDefault="00AA4612" w:rsidP="003163EC">
            <w:pPr>
              <w:rPr>
                <w:rFonts w:ascii="Arial" w:hAnsi="Arial" w:cs="Arial"/>
              </w:rPr>
            </w:pPr>
          </w:p>
        </w:tc>
      </w:tr>
    </w:tbl>
    <w:p w14:paraId="63150232" w14:textId="77777777" w:rsidR="00E431E7" w:rsidRPr="00E64FF6" w:rsidRDefault="00E431E7">
      <w:pPr>
        <w:rPr>
          <w:rFonts w:ascii="Arial" w:hAnsi="Arial" w:cs="Arial"/>
          <w:b/>
        </w:rPr>
      </w:pPr>
    </w:p>
    <w:p w14:paraId="67E0AE00" w14:textId="4678ECE4" w:rsidR="00DD137F" w:rsidRPr="00E64FF6" w:rsidRDefault="00000000" w:rsidP="00545E18">
      <w:pPr>
        <w:pStyle w:val="Heading3"/>
      </w:pPr>
      <w:r w:rsidRPr="00E64FF6">
        <w:t>Curriculum and Provision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91"/>
        <w:gridCol w:w="4639"/>
      </w:tblGrid>
      <w:tr w:rsidR="00EF2AF8" w:rsidRPr="00E64FF6" w14:paraId="7AACFAFD" w14:textId="77777777" w:rsidTr="00AA4612">
        <w:tc>
          <w:tcPr>
            <w:tcW w:w="3991" w:type="dxa"/>
          </w:tcPr>
          <w:p w14:paraId="3422BA93" w14:textId="1E2D75BC" w:rsidR="00EF2AF8" w:rsidRPr="00E64FF6" w:rsidRDefault="00EF2AF8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Provision matches referral objectives?</w:t>
            </w:r>
          </w:p>
        </w:tc>
        <w:tc>
          <w:tcPr>
            <w:tcW w:w="4639" w:type="dxa"/>
          </w:tcPr>
          <w:p w14:paraId="335C6575" w14:textId="5539FF4B" w:rsidR="00EF2AF8" w:rsidRPr="00E64FF6" w:rsidRDefault="00EF2AF8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</w:t>
            </w:r>
          </w:p>
        </w:tc>
      </w:tr>
      <w:tr w:rsidR="00EF2AF8" w:rsidRPr="00E64FF6" w14:paraId="54546A4A" w14:textId="77777777" w:rsidTr="00AA4612">
        <w:tc>
          <w:tcPr>
            <w:tcW w:w="3991" w:type="dxa"/>
          </w:tcPr>
          <w:p w14:paraId="5925B2AC" w14:textId="6FF7BD93" w:rsidR="00EF2AF8" w:rsidRPr="00E64FF6" w:rsidRDefault="00EF2AF8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Timetable reviewed?</w:t>
            </w:r>
          </w:p>
        </w:tc>
        <w:tc>
          <w:tcPr>
            <w:tcW w:w="4639" w:type="dxa"/>
          </w:tcPr>
          <w:p w14:paraId="16444694" w14:textId="658198CE" w:rsidR="00EF2AF8" w:rsidRPr="00E64FF6" w:rsidRDefault="00EF2AF8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</w:t>
            </w:r>
          </w:p>
        </w:tc>
      </w:tr>
      <w:tr w:rsidR="00EF2AF8" w:rsidRPr="00E64FF6" w14:paraId="38725103" w14:textId="77777777" w:rsidTr="00AA4612">
        <w:tc>
          <w:tcPr>
            <w:tcW w:w="3991" w:type="dxa"/>
          </w:tcPr>
          <w:p w14:paraId="457E8082" w14:textId="50E76339" w:rsidR="00EF2AF8" w:rsidRPr="00E64FF6" w:rsidRDefault="00EF2AF8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Appropriate staffing ratios in place?</w:t>
            </w:r>
          </w:p>
        </w:tc>
        <w:tc>
          <w:tcPr>
            <w:tcW w:w="4639" w:type="dxa"/>
          </w:tcPr>
          <w:p w14:paraId="2114DD16" w14:textId="209BA462" w:rsidR="00EF2AF8" w:rsidRPr="00E64FF6" w:rsidRDefault="00EF2AF8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</w:t>
            </w:r>
          </w:p>
        </w:tc>
      </w:tr>
      <w:tr w:rsidR="00EF2AF8" w:rsidRPr="00E64FF6" w14:paraId="0BEA1D10" w14:textId="77777777" w:rsidTr="00AA4612">
        <w:tc>
          <w:tcPr>
            <w:tcW w:w="3991" w:type="dxa"/>
          </w:tcPr>
          <w:p w14:paraId="149AA687" w14:textId="57D65733" w:rsidR="00EF2AF8" w:rsidRPr="00E64FF6" w:rsidRDefault="00EF2AF8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 xml:space="preserve">Progress </w:t>
            </w:r>
            <w:proofErr w:type="gramStart"/>
            <w:r w:rsidRPr="00E64FF6">
              <w:rPr>
                <w:rFonts w:ascii="Arial" w:hAnsi="Arial" w:cs="Arial"/>
              </w:rPr>
              <w:t>being</w:t>
            </w:r>
            <w:proofErr w:type="gramEnd"/>
            <w:r w:rsidRPr="00E64FF6">
              <w:rPr>
                <w:rFonts w:ascii="Arial" w:hAnsi="Arial" w:cs="Arial"/>
              </w:rPr>
              <w:t xml:space="preserve"> made against targets?</w:t>
            </w:r>
          </w:p>
        </w:tc>
        <w:tc>
          <w:tcPr>
            <w:tcW w:w="4639" w:type="dxa"/>
          </w:tcPr>
          <w:p w14:paraId="0BF332A2" w14:textId="1A7D9AA6" w:rsidR="00EF2AF8" w:rsidRPr="00E64FF6" w:rsidRDefault="00EF2AF8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</w:t>
            </w:r>
          </w:p>
        </w:tc>
      </w:tr>
      <w:tr w:rsidR="00EF2AF8" w:rsidRPr="00E64FF6" w14:paraId="779BD8CA" w14:textId="77777777" w:rsidTr="00AA4612">
        <w:tc>
          <w:tcPr>
            <w:tcW w:w="3991" w:type="dxa"/>
          </w:tcPr>
          <w:p w14:paraId="2B46D8A5" w14:textId="2A28880A" w:rsidR="00EF2AF8" w:rsidRPr="00E64FF6" w:rsidRDefault="00EF2AF8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 xml:space="preserve">Reintegration plan in place? </w:t>
            </w:r>
          </w:p>
        </w:tc>
        <w:tc>
          <w:tcPr>
            <w:tcW w:w="4639" w:type="dxa"/>
          </w:tcPr>
          <w:p w14:paraId="57F1F048" w14:textId="5D0E62F1" w:rsidR="00EF2AF8" w:rsidRPr="00E64FF6" w:rsidRDefault="00EF2AF8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</w:t>
            </w:r>
          </w:p>
        </w:tc>
      </w:tr>
      <w:tr w:rsidR="00AA4612" w:rsidRPr="00E64FF6" w14:paraId="3C885EBB" w14:textId="77777777" w:rsidTr="00AA4612">
        <w:tc>
          <w:tcPr>
            <w:tcW w:w="3991" w:type="dxa"/>
          </w:tcPr>
          <w:p w14:paraId="59F84D9B" w14:textId="77777777" w:rsidR="00AA4612" w:rsidRPr="00E64FF6" w:rsidRDefault="00AA4612">
            <w:pPr>
              <w:rPr>
                <w:rFonts w:ascii="Arial" w:hAnsi="Arial" w:cs="Arial"/>
              </w:rPr>
            </w:pPr>
          </w:p>
        </w:tc>
        <w:tc>
          <w:tcPr>
            <w:tcW w:w="4639" w:type="dxa"/>
          </w:tcPr>
          <w:p w14:paraId="25C61E62" w14:textId="77777777" w:rsidR="00AA4612" w:rsidRPr="00E64FF6" w:rsidRDefault="00AA4612">
            <w:pPr>
              <w:rPr>
                <w:rFonts w:ascii="Arial" w:hAnsi="Arial" w:cs="Arial"/>
              </w:rPr>
            </w:pPr>
          </w:p>
        </w:tc>
      </w:tr>
      <w:tr w:rsidR="00EF2AF8" w:rsidRPr="00E64FF6" w14:paraId="1F732D93" w14:textId="77777777" w:rsidTr="00AA4612">
        <w:tc>
          <w:tcPr>
            <w:tcW w:w="3991" w:type="dxa"/>
          </w:tcPr>
          <w:p w14:paraId="2F69A8BC" w14:textId="0258BAF6" w:rsidR="00EF2AF8" w:rsidRPr="00E64FF6" w:rsidRDefault="00EF2AF8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Additional Comments</w:t>
            </w:r>
          </w:p>
        </w:tc>
        <w:tc>
          <w:tcPr>
            <w:tcW w:w="4639" w:type="dxa"/>
          </w:tcPr>
          <w:p w14:paraId="7476D910" w14:textId="77777777" w:rsidR="00EF2AF8" w:rsidRPr="00E64FF6" w:rsidRDefault="00EF2AF8">
            <w:pPr>
              <w:rPr>
                <w:rFonts w:ascii="Arial" w:hAnsi="Arial" w:cs="Arial"/>
              </w:rPr>
            </w:pPr>
          </w:p>
          <w:p w14:paraId="4C01C039" w14:textId="77777777" w:rsidR="00EF2AF8" w:rsidRPr="00E64FF6" w:rsidRDefault="00EF2AF8">
            <w:pPr>
              <w:rPr>
                <w:rFonts w:ascii="Arial" w:hAnsi="Arial" w:cs="Arial"/>
              </w:rPr>
            </w:pPr>
          </w:p>
          <w:p w14:paraId="037AF770" w14:textId="77777777" w:rsidR="00EF2AF8" w:rsidRPr="00E64FF6" w:rsidRDefault="00EF2AF8">
            <w:pPr>
              <w:rPr>
                <w:rFonts w:ascii="Arial" w:hAnsi="Arial" w:cs="Arial"/>
              </w:rPr>
            </w:pPr>
          </w:p>
        </w:tc>
      </w:tr>
    </w:tbl>
    <w:p w14:paraId="000DE7F3" w14:textId="77777777" w:rsidR="00EF2AF8" w:rsidRDefault="00EF2AF8">
      <w:pPr>
        <w:rPr>
          <w:rFonts w:ascii="Arial" w:hAnsi="Arial" w:cs="Arial"/>
        </w:rPr>
      </w:pPr>
    </w:p>
    <w:p w14:paraId="6CBEA77F" w14:textId="1A017F52" w:rsidR="00AA4612" w:rsidRDefault="00AA4612" w:rsidP="00545E18">
      <w:pPr>
        <w:pStyle w:val="Heading3"/>
      </w:pPr>
      <w:r w:rsidRPr="00AA4612">
        <w:t>Safeguarding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91"/>
        <w:gridCol w:w="4639"/>
      </w:tblGrid>
      <w:tr w:rsidR="00AA4612" w:rsidRPr="00E64FF6" w14:paraId="08DAE667" w14:textId="77777777" w:rsidTr="003163EC">
        <w:tc>
          <w:tcPr>
            <w:tcW w:w="3991" w:type="dxa"/>
          </w:tcPr>
          <w:p w14:paraId="0AFD19BB" w14:textId="77777777" w:rsidR="00AA4612" w:rsidRPr="00E64FF6" w:rsidRDefault="00AA4612" w:rsidP="003163EC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Any Staff Changes since last visit?</w:t>
            </w:r>
          </w:p>
        </w:tc>
        <w:tc>
          <w:tcPr>
            <w:tcW w:w="4639" w:type="dxa"/>
          </w:tcPr>
          <w:p w14:paraId="2AD0D262" w14:textId="77777777" w:rsidR="00AA4612" w:rsidRPr="00E64FF6" w:rsidRDefault="00AA4612" w:rsidP="003163EC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 (If yes, details and confirmation that their details have been reviewed)</w:t>
            </w:r>
          </w:p>
          <w:p w14:paraId="2823BCF7" w14:textId="77777777" w:rsidR="00AA4612" w:rsidRPr="00E64FF6" w:rsidRDefault="00AA4612" w:rsidP="003163EC">
            <w:pPr>
              <w:rPr>
                <w:rFonts w:ascii="Arial" w:hAnsi="Arial" w:cs="Arial"/>
              </w:rPr>
            </w:pPr>
          </w:p>
          <w:p w14:paraId="7E150E84" w14:textId="77777777" w:rsidR="00AA4612" w:rsidRPr="00E64FF6" w:rsidRDefault="00AA4612" w:rsidP="003163EC">
            <w:pPr>
              <w:rPr>
                <w:rFonts w:ascii="Arial" w:hAnsi="Arial" w:cs="Arial"/>
              </w:rPr>
            </w:pPr>
          </w:p>
        </w:tc>
      </w:tr>
      <w:tr w:rsidR="00AA4612" w:rsidRPr="00E64FF6" w14:paraId="48B3BCF3" w14:textId="77777777" w:rsidTr="00AA4612">
        <w:tc>
          <w:tcPr>
            <w:tcW w:w="3991" w:type="dxa"/>
          </w:tcPr>
          <w:p w14:paraId="5EF58B81" w14:textId="77777777" w:rsidR="00AA4612" w:rsidRPr="00E64FF6" w:rsidRDefault="00AA4612" w:rsidP="003163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DSL On site at time of visit? </w:t>
            </w:r>
          </w:p>
        </w:tc>
        <w:tc>
          <w:tcPr>
            <w:tcW w:w="4639" w:type="dxa"/>
          </w:tcPr>
          <w:p w14:paraId="0CF5B1D4" w14:textId="77777777" w:rsidR="00AA4612" w:rsidRPr="00E64FF6" w:rsidRDefault="00AA4612" w:rsidP="003163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/ No</w:t>
            </w:r>
          </w:p>
        </w:tc>
      </w:tr>
      <w:tr w:rsidR="00AA4612" w:rsidRPr="00E64FF6" w14:paraId="7B587188" w14:textId="77777777" w:rsidTr="00AA4612">
        <w:tc>
          <w:tcPr>
            <w:tcW w:w="3991" w:type="dxa"/>
          </w:tcPr>
          <w:p w14:paraId="3905F4DC" w14:textId="372C33D6" w:rsidR="00AA4612" w:rsidRDefault="00AA4612" w:rsidP="003163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Any Safeguarding concerns since last visit?</w:t>
            </w:r>
          </w:p>
        </w:tc>
        <w:tc>
          <w:tcPr>
            <w:tcW w:w="4639" w:type="dxa"/>
          </w:tcPr>
          <w:p w14:paraId="348F5FBC" w14:textId="62A498CB" w:rsidR="00AA4612" w:rsidRDefault="00AA4612" w:rsidP="003163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/ No (If yes, details and confirmation that details have been fully investigated)</w:t>
            </w:r>
          </w:p>
        </w:tc>
      </w:tr>
    </w:tbl>
    <w:p w14:paraId="737CE1C6" w14:textId="77777777" w:rsidR="00AA4612" w:rsidRPr="00AA4612" w:rsidRDefault="00AA4612">
      <w:pPr>
        <w:rPr>
          <w:rFonts w:ascii="Arial" w:hAnsi="Arial" w:cs="Arial"/>
          <w:b/>
          <w:bCs/>
        </w:rPr>
      </w:pPr>
    </w:p>
    <w:p w14:paraId="7ED9AB9E" w14:textId="491F1F45" w:rsidR="00DD137F" w:rsidRPr="00E64FF6" w:rsidRDefault="00000000" w:rsidP="00545E18">
      <w:pPr>
        <w:pStyle w:val="Heading3"/>
      </w:pPr>
      <w:r w:rsidRPr="00E64FF6">
        <w:t>Student Voice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87"/>
        <w:gridCol w:w="4643"/>
      </w:tblGrid>
      <w:tr w:rsidR="00EF2AF8" w:rsidRPr="00E64FF6" w14:paraId="495C82C8" w14:textId="77777777" w:rsidTr="00EF2AF8">
        <w:tc>
          <w:tcPr>
            <w:tcW w:w="4077" w:type="dxa"/>
          </w:tcPr>
          <w:p w14:paraId="13686A88" w14:textId="4499EFB7" w:rsidR="00EF2AF8" w:rsidRPr="00E64FF6" w:rsidRDefault="00AB2EEE">
            <w:pPr>
              <w:rPr>
                <w:rFonts w:ascii="Arial" w:hAnsi="Arial" w:cs="Arial"/>
                <w:bCs/>
              </w:rPr>
            </w:pPr>
            <w:r w:rsidRPr="00E64FF6">
              <w:rPr>
                <w:rFonts w:ascii="Arial" w:hAnsi="Arial" w:cs="Arial"/>
                <w:bCs/>
              </w:rPr>
              <w:t>How do you feel the placement is going?</w:t>
            </w:r>
          </w:p>
        </w:tc>
        <w:tc>
          <w:tcPr>
            <w:tcW w:w="4779" w:type="dxa"/>
          </w:tcPr>
          <w:p w14:paraId="27CB9D41" w14:textId="77777777" w:rsidR="00EF2AF8" w:rsidRPr="00E64FF6" w:rsidRDefault="00EF2AF8">
            <w:pPr>
              <w:rPr>
                <w:rFonts w:ascii="Arial" w:hAnsi="Arial" w:cs="Arial"/>
                <w:bCs/>
              </w:rPr>
            </w:pPr>
          </w:p>
        </w:tc>
      </w:tr>
      <w:tr w:rsidR="00EF2AF8" w:rsidRPr="00E64FF6" w14:paraId="37E6EDA5" w14:textId="77777777" w:rsidTr="00EF2AF8">
        <w:tc>
          <w:tcPr>
            <w:tcW w:w="4077" w:type="dxa"/>
          </w:tcPr>
          <w:p w14:paraId="7D120706" w14:textId="683A60C5" w:rsidR="00EF2AF8" w:rsidRPr="00E64FF6" w:rsidRDefault="00AB2EEE">
            <w:pPr>
              <w:rPr>
                <w:rFonts w:ascii="Arial" w:hAnsi="Arial" w:cs="Arial"/>
                <w:bCs/>
              </w:rPr>
            </w:pPr>
            <w:r w:rsidRPr="00E64FF6">
              <w:rPr>
                <w:rFonts w:ascii="Arial" w:hAnsi="Arial" w:cs="Arial"/>
                <w:bCs/>
              </w:rPr>
              <w:t xml:space="preserve">Do you feel safe here? </w:t>
            </w:r>
          </w:p>
        </w:tc>
        <w:tc>
          <w:tcPr>
            <w:tcW w:w="4779" w:type="dxa"/>
          </w:tcPr>
          <w:p w14:paraId="37A45F40" w14:textId="77777777" w:rsidR="00EF2AF8" w:rsidRPr="00E64FF6" w:rsidRDefault="00EF2AF8">
            <w:pPr>
              <w:rPr>
                <w:rFonts w:ascii="Arial" w:hAnsi="Arial" w:cs="Arial"/>
                <w:bCs/>
              </w:rPr>
            </w:pPr>
          </w:p>
        </w:tc>
      </w:tr>
      <w:tr w:rsidR="00EF2AF8" w:rsidRPr="00E64FF6" w14:paraId="03B4069E" w14:textId="77777777" w:rsidTr="00EF2AF8">
        <w:tc>
          <w:tcPr>
            <w:tcW w:w="4077" w:type="dxa"/>
          </w:tcPr>
          <w:p w14:paraId="3137B327" w14:textId="53DBC5ED" w:rsidR="00EF2AF8" w:rsidRPr="00E64FF6" w:rsidRDefault="00AB2EEE">
            <w:pPr>
              <w:rPr>
                <w:rFonts w:ascii="Arial" w:hAnsi="Arial" w:cs="Arial"/>
                <w:bCs/>
              </w:rPr>
            </w:pPr>
            <w:r w:rsidRPr="00E64FF6">
              <w:rPr>
                <w:rFonts w:ascii="Arial" w:hAnsi="Arial" w:cs="Arial"/>
                <w:bCs/>
              </w:rPr>
              <w:t xml:space="preserve">Do you have someone to speak with here if you have any concerns? </w:t>
            </w:r>
          </w:p>
        </w:tc>
        <w:tc>
          <w:tcPr>
            <w:tcW w:w="4779" w:type="dxa"/>
          </w:tcPr>
          <w:p w14:paraId="40E09B56" w14:textId="35534872" w:rsidR="00EF2AF8" w:rsidRPr="00E64FF6" w:rsidRDefault="00AB2EEE">
            <w:pPr>
              <w:rPr>
                <w:rFonts w:ascii="Arial" w:hAnsi="Arial" w:cs="Arial"/>
                <w:bCs/>
              </w:rPr>
            </w:pPr>
            <w:r w:rsidRPr="00E64FF6">
              <w:rPr>
                <w:rFonts w:ascii="Arial" w:hAnsi="Arial" w:cs="Arial"/>
                <w:bCs/>
              </w:rPr>
              <w:t>Yes / No (If yes, who)</w:t>
            </w:r>
          </w:p>
        </w:tc>
      </w:tr>
      <w:tr w:rsidR="00EF2AF8" w:rsidRPr="00E64FF6" w14:paraId="12AE0136" w14:textId="77777777" w:rsidTr="00EF2AF8">
        <w:tc>
          <w:tcPr>
            <w:tcW w:w="4077" w:type="dxa"/>
          </w:tcPr>
          <w:p w14:paraId="2C6E7CBE" w14:textId="37EE4B4B" w:rsidR="00EF2AF8" w:rsidRPr="00E64FF6" w:rsidRDefault="00EF5800">
            <w:pPr>
              <w:rPr>
                <w:rFonts w:ascii="Arial" w:hAnsi="Arial" w:cs="Arial"/>
                <w:bCs/>
              </w:rPr>
            </w:pPr>
            <w:r w:rsidRPr="00E64FF6">
              <w:rPr>
                <w:rFonts w:ascii="Arial" w:hAnsi="Arial" w:cs="Arial"/>
                <w:bCs/>
              </w:rPr>
              <w:t>Do you have any concerns?</w:t>
            </w:r>
          </w:p>
        </w:tc>
        <w:tc>
          <w:tcPr>
            <w:tcW w:w="4779" w:type="dxa"/>
          </w:tcPr>
          <w:p w14:paraId="25B45858" w14:textId="77777777" w:rsidR="00EF2AF8" w:rsidRPr="00E64FF6" w:rsidRDefault="00EF2AF8">
            <w:pPr>
              <w:rPr>
                <w:rFonts w:ascii="Arial" w:hAnsi="Arial" w:cs="Arial"/>
                <w:bCs/>
              </w:rPr>
            </w:pPr>
          </w:p>
        </w:tc>
      </w:tr>
      <w:tr w:rsidR="00EF2AF8" w:rsidRPr="00E64FF6" w14:paraId="3C377B06" w14:textId="77777777" w:rsidTr="00EF2AF8">
        <w:tc>
          <w:tcPr>
            <w:tcW w:w="4077" w:type="dxa"/>
          </w:tcPr>
          <w:p w14:paraId="387134E8" w14:textId="7F81D3F8" w:rsidR="00EF2AF8" w:rsidRPr="00E64FF6" w:rsidRDefault="007E0C4B">
            <w:pPr>
              <w:rPr>
                <w:rFonts w:ascii="Arial" w:hAnsi="Arial" w:cs="Arial"/>
                <w:bCs/>
              </w:rPr>
            </w:pPr>
            <w:r w:rsidRPr="00E64FF6">
              <w:rPr>
                <w:rFonts w:ascii="Arial" w:hAnsi="Arial" w:cs="Arial"/>
                <w:bCs/>
              </w:rPr>
              <w:t xml:space="preserve">What do you think is going well? </w:t>
            </w:r>
          </w:p>
        </w:tc>
        <w:tc>
          <w:tcPr>
            <w:tcW w:w="4779" w:type="dxa"/>
          </w:tcPr>
          <w:p w14:paraId="6A077C46" w14:textId="77777777" w:rsidR="00EF2AF8" w:rsidRPr="00E64FF6" w:rsidRDefault="00EF2AF8">
            <w:pPr>
              <w:rPr>
                <w:rFonts w:ascii="Arial" w:hAnsi="Arial" w:cs="Arial"/>
                <w:bCs/>
              </w:rPr>
            </w:pPr>
          </w:p>
        </w:tc>
      </w:tr>
      <w:tr w:rsidR="007E0C4B" w:rsidRPr="00E64FF6" w14:paraId="1FF5A843" w14:textId="77777777" w:rsidTr="00EF2AF8">
        <w:tc>
          <w:tcPr>
            <w:tcW w:w="4077" w:type="dxa"/>
          </w:tcPr>
          <w:p w14:paraId="48C9BA82" w14:textId="07EEBF36" w:rsidR="007E0C4B" w:rsidRPr="00E64FF6" w:rsidRDefault="007E0C4B">
            <w:pPr>
              <w:rPr>
                <w:rFonts w:ascii="Arial" w:hAnsi="Arial" w:cs="Arial"/>
                <w:bCs/>
              </w:rPr>
            </w:pPr>
            <w:r w:rsidRPr="00E64FF6">
              <w:rPr>
                <w:rFonts w:ascii="Arial" w:hAnsi="Arial" w:cs="Arial"/>
                <w:bCs/>
              </w:rPr>
              <w:t>Any Additional comments?</w:t>
            </w:r>
          </w:p>
        </w:tc>
        <w:tc>
          <w:tcPr>
            <w:tcW w:w="4779" w:type="dxa"/>
          </w:tcPr>
          <w:p w14:paraId="03FDFA00" w14:textId="77777777" w:rsidR="007E0C4B" w:rsidRPr="00E64FF6" w:rsidRDefault="007E0C4B">
            <w:pPr>
              <w:rPr>
                <w:rFonts w:ascii="Arial" w:hAnsi="Arial" w:cs="Arial"/>
                <w:bCs/>
              </w:rPr>
            </w:pPr>
          </w:p>
          <w:p w14:paraId="7CC4D9EB" w14:textId="77777777" w:rsidR="007E0C4B" w:rsidRPr="00E64FF6" w:rsidRDefault="007E0C4B">
            <w:pPr>
              <w:rPr>
                <w:rFonts w:ascii="Arial" w:hAnsi="Arial" w:cs="Arial"/>
                <w:bCs/>
              </w:rPr>
            </w:pPr>
          </w:p>
          <w:p w14:paraId="547A81D2" w14:textId="77777777" w:rsidR="007E0C4B" w:rsidRPr="00E64FF6" w:rsidRDefault="007E0C4B">
            <w:pPr>
              <w:rPr>
                <w:rFonts w:ascii="Arial" w:hAnsi="Arial" w:cs="Arial"/>
                <w:bCs/>
              </w:rPr>
            </w:pPr>
          </w:p>
          <w:p w14:paraId="16C6087E" w14:textId="77777777" w:rsidR="007E0C4B" w:rsidRPr="00E64FF6" w:rsidRDefault="007E0C4B">
            <w:pPr>
              <w:rPr>
                <w:rFonts w:ascii="Arial" w:hAnsi="Arial" w:cs="Arial"/>
                <w:bCs/>
              </w:rPr>
            </w:pPr>
          </w:p>
          <w:p w14:paraId="7E04F9F2" w14:textId="77777777" w:rsidR="007E0C4B" w:rsidRPr="00E64FF6" w:rsidRDefault="007E0C4B">
            <w:pPr>
              <w:rPr>
                <w:rFonts w:ascii="Arial" w:hAnsi="Arial" w:cs="Arial"/>
                <w:bCs/>
              </w:rPr>
            </w:pPr>
          </w:p>
        </w:tc>
      </w:tr>
    </w:tbl>
    <w:p w14:paraId="68CAB665" w14:textId="6E92A2E3" w:rsidR="00DD137F" w:rsidRPr="00E64FF6" w:rsidRDefault="00000000" w:rsidP="00545E18">
      <w:pPr>
        <w:pStyle w:val="Heading3"/>
      </w:pPr>
      <w:r w:rsidRPr="00E64FF6">
        <w:lastRenderedPageBreak/>
        <w:t>Welfare and Wellbeing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8"/>
        <w:gridCol w:w="4302"/>
      </w:tblGrid>
      <w:tr w:rsidR="007E0C4B" w:rsidRPr="00E64FF6" w14:paraId="6BBF83E0" w14:textId="77777777" w:rsidTr="00AA4612">
        <w:tc>
          <w:tcPr>
            <w:tcW w:w="4328" w:type="dxa"/>
          </w:tcPr>
          <w:p w14:paraId="1196A515" w14:textId="1EE44764" w:rsidR="007E0C4B" w:rsidRPr="00E64FF6" w:rsidRDefault="007E0C4B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Emotional wellbeing being monitored?</w:t>
            </w:r>
          </w:p>
        </w:tc>
        <w:tc>
          <w:tcPr>
            <w:tcW w:w="4302" w:type="dxa"/>
          </w:tcPr>
          <w:p w14:paraId="5B47C78E" w14:textId="77777777" w:rsidR="007E0C4B" w:rsidRPr="00E64FF6" w:rsidRDefault="007E0C4B">
            <w:pPr>
              <w:rPr>
                <w:rFonts w:ascii="Arial" w:hAnsi="Arial" w:cs="Arial"/>
              </w:rPr>
            </w:pPr>
          </w:p>
        </w:tc>
      </w:tr>
      <w:tr w:rsidR="007E0C4B" w:rsidRPr="00E64FF6" w14:paraId="7FC77110" w14:textId="77777777" w:rsidTr="00AA4612">
        <w:tc>
          <w:tcPr>
            <w:tcW w:w="4328" w:type="dxa"/>
          </w:tcPr>
          <w:p w14:paraId="2D331ACB" w14:textId="13645DE2" w:rsidR="007E0C4B" w:rsidRPr="00E64FF6" w:rsidRDefault="007E0C4B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 xml:space="preserve">Mental health support made available? </w:t>
            </w:r>
          </w:p>
        </w:tc>
        <w:tc>
          <w:tcPr>
            <w:tcW w:w="4302" w:type="dxa"/>
          </w:tcPr>
          <w:p w14:paraId="1C979F50" w14:textId="77777777" w:rsidR="007E0C4B" w:rsidRPr="00E64FF6" w:rsidRDefault="007E0C4B">
            <w:pPr>
              <w:rPr>
                <w:rFonts w:ascii="Arial" w:hAnsi="Arial" w:cs="Arial"/>
              </w:rPr>
            </w:pPr>
          </w:p>
        </w:tc>
      </w:tr>
      <w:tr w:rsidR="007E0C4B" w:rsidRPr="00E64FF6" w14:paraId="6D40D679" w14:textId="77777777" w:rsidTr="00AA4612">
        <w:tc>
          <w:tcPr>
            <w:tcW w:w="4328" w:type="dxa"/>
          </w:tcPr>
          <w:p w14:paraId="21496B13" w14:textId="0F483BAC" w:rsidR="007E0C4B" w:rsidRPr="00E64FF6" w:rsidRDefault="007E0C4B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Behaviour incidents reviewed (if applicable)?</w:t>
            </w:r>
          </w:p>
        </w:tc>
        <w:tc>
          <w:tcPr>
            <w:tcW w:w="4302" w:type="dxa"/>
          </w:tcPr>
          <w:p w14:paraId="189D7FE9" w14:textId="7FDBECD2" w:rsidR="007E0C4B" w:rsidRPr="00E64FF6" w:rsidRDefault="007E0C4B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</w:t>
            </w:r>
          </w:p>
        </w:tc>
      </w:tr>
      <w:tr w:rsidR="007E0C4B" w:rsidRPr="00E64FF6" w14:paraId="5BD662F0" w14:textId="77777777" w:rsidTr="00AA4612">
        <w:tc>
          <w:tcPr>
            <w:tcW w:w="4328" w:type="dxa"/>
          </w:tcPr>
          <w:p w14:paraId="6B70CF13" w14:textId="2F8C50FB" w:rsidR="007E0C4B" w:rsidRPr="00E64FF6" w:rsidRDefault="0035676B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Additional Comments</w:t>
            </w:r>
          </w:p>
        </w:tc>
        <w:tc>
          <w:tcPr>
            <w:tcW w:w="4302" w:type="dxa"/>
          </w:tcPr>
          <w:p w14:paraId="1716B98B" w14:textId="77777777" w:rsidR="007E0C4B" w:rsidRPr="00E64FF6" w:rsidRDefault="007E0C4B">
            <w:pPr>
              <w:rPr>
                <w:rFonts w:ascii="Arial" w:hAnsi="Arial" w:cs="Arial"/>
              </w:rPr>
            </w:pPr>
          </w:p>
          <w:p w14:paraId="604C1D51" w14:textId="77777777" w:rsidR="0035676B" w:rsidRPr="00E64FF6" w:rsidRDefault="0035676B">
            <w:pPr>
              <w:rPr>
                <w:rFonts w:ascii="Arial" w:hAnsi="Arial" w:cs="Arial"/>
              </w:rPr>
            </w:pPr>
          </w:p>
          <w:p w14:paraId="19072ED3" w14:textId="77777777" w:rsidR="0035676B" w:rsidRPr="00E64FF6" w:rsidRDefault="0035676B">
            <w:pPr>
              <w:rPr>
                <w:rFonts w:ascii="Arial" w:hAnsi="Arial" w:cs="Arial"/>
              </w:rPr>
            </w:pPr>
          </w:p>
          <w:p w14:paraId="61C4F420" w14:textId="77777777" w:rsidR="0035676B" w:rsidRPr="00E64FF6" w:rsidRDefault="0035676B">
            <w:pPr>
              <w:rPr>
                <w:rFonts w:ascii="Arial" w:hAnsi="Arial" w:cs="Arial"/>
              </w:rPr>
            </w:pPr>
          </w:p>
        </w:tc>
      </w:tr>
    </w:tbl>
    <w:p w14:paraId="7BD7B6D4" w14:textId="77777777" w:rsidR="0035676B" w:rsidRPr="00E64FF6" w:rsidRDefault="0035676B">
      <w:pPr>
        <w:rPr>
          <w:rFonts w:ascii="Arial" w:hAnsi="Arial" w:cs="Arial"/>
          <w:b/>
        </w:rPr>
      </w:pPr>
    </w:p>
    <w:p w14:paraId="3731DE53" w14:textId="089C919F" w:rsidR="00DD137F" w:rsidRPr="00E64FF6" w:rsidRDefault="00000000" w:rsidP="00545E18">
      <w:pPr>
        <w:pStyle w:val="Heading3"/>
      </w:pPr>
      <w:r w:rsidRPr="00E64FF6">
        <w:t>Communication with School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1"/>
        <w:gridCol w:w="4309"/>
      </w:tblGrid>
      <w:tr w:rsidR="0035676B" w:rsidRPr="00E64FF6" w14:paraId="66980FCD" w14:textId="77777777" w:rsidTr="0035676B">
        <w:tc>
          <w:tcPr>
            <w:tcW w:w="4428" w:type="dxa"/>
          </w:tcPr>
          <w:p w14:paraId="71E5B8E9" w14:textId="5063E31C" w:rsidR="0035676B" w:rsidRPr="00E64FF6" w:rsidRDefault="0035676B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Are weekly attendance reports received in a timely manner?</w:t>
            </w:r>
          </w:p>
        </w:tc>
        <w:tc>
          <w:tcPr>
            <w:tcW w:w="4428" w:type="dxa"/>
          </w:tcPr>
          <w:p w14:paraId="14F3C34D" w14:textId="177415C3" w:rsidR="0035676B" w:rsidRPr="00E64FF6" w:rsidRDefault="0035676B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</w:t>
            </w:r>
          </w:p>
        </w:tc>
      </w:tr>
      <w:tr w:rsidR="0035676B" w:rsidRPr="00E64FF6" w14:paraId="196D0D5A" w14:textId="77777777" w:rsidTr="0035676B">
        <w:tc>
          <w:tcPr>
            <w:tcW w:w="4428" w:type="dxa"/>
          </w:tcPr>
          <w:p w14:paraId="72A31977" w14:textId="6BCA1145" w:rsidR="0035676B" w:rsidRPr="00E64FF6" w:rsidRDefault="0035676B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 xml:space="preserve">Are any safeguarding concerns being shared promptly? </w:t>
            </w:r>
          </w:p>
        </w:tc>
        <w:tc>
          <w:tcPr>
            <w:tcW w:w="4428" w:type="dxa"/>
          </w:tcPr>
          <w:p w14:paraId="7614DCF1" w14:textId="3F9CF1EA" w:rsidR="0035676B" w:rsidRPr="00E64FF6" w:rsidRDefault="0035676B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 / Not applicable</w:t>
            </w:r>
          </w:p>
        </w:tc>
      </w:tr>
      <w:tr w:rsidR="0035676B" w:rsidRPr="00E64FF6" w14:paraId="2795A7FF" w14:textId="77777777" w:rsidTr="0035676B">
        <w:tc>
          <w:tcPr>
            <w:tcW w:w="4428" w:type="dxa"/>
          </w:tcPr>
          <w:p w14:paraId="07A5FCA8" w14:textId="556FDB13" w:rsidR="0035676B" w:rsidRPr="00E64FF6" w:rsidRDefault="0035676B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Are behaviour updates being received</w:t>
            </w:r>
            <w:r w:rsidR="001C5B21" w:rsidRPr="00E64FF6">
              <w:rPr>
                <w:rFonts w:ascii="Arial" w:hAnsi="Arial" w:cs="Arial"/>
              </w:rPr>
              <w:t>?</w:t>
            </w:r>
          </w:p>
        </w:tc>
        <w:tc>
          <w:tcPr>
            <w:tcW w:w="4428" w:type="dxa"/>
          </w:tcPr>
          <w:p w14:paraId="05DA6D09" w14:textId="61A24985" w:rsidR="0035676B" w:rsidRPr="00E64FF6" w:rsidRDefault="001C5B21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 xml:space="preserve">Yes / No / Not applicable </w:t>
            </w:r>
          </w:p>
        </w:tc>
      </w:tr>
      <w:tr w:rsidR="0035676B" w:rsidRPr="00E64FF6" w14:paraId="78F51669" w14:textId="77777777" w:rsidTr="0035676B">
        <w:tc>
          <w:tcPr>
            <w:tcW w:w="4428" w:type="dxa"/>
          </w:tcPr>
          <w:p w14:paraId="335A9E2E" w14:textId="65793F20" w:rsidR="0035676B" w:rsidRPr="00E64FF6" w:rsidRDefault="001C5B21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 xml:space="preserve">Is Reintegration planning in progress? </w:t>
            </w:r>
          </w:p>
        </w:tc>
        <w:tc>
          <w:tcPr>
            <w:tcW w:w="4428" w:type="dxa"/>
          </w:tcPr>
          <w:p w14:paraId="36731B8F" w14:textId="63947480" w:rsidR="0035676B" w:rsidRPr="00E64FF6" w:rsidRDefault="001C5B21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Yes / No</w:t>
            </w:r>
          </w:p>
        </w:tc>
      </w:tr>
      <w:tr w:rsidR="001C5B21" w:rsidRPr="00E64FF6" w14:paraId="013664B4" w14:textId="77777777" w:rsidTr="0035676B">
        <w:tc>
          <w:tcPr>
            <w:tcW w:w="4428" w:type="dxa"/>
          </w:tcPr>
          <w:p w14:paraId="56BF773F" w14:textId="43A8877B" w:rsidR="001C5B21" w:rsidRPr="00E64FF6" w:rsidRDefault="001C5B21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Additional Comments</w:t>
            </w:r>
          </w:p>
        </w:tc>
        <w:tc>
          <w:tcPr>
            <w:tcW w:w="4428" w:type="dxa"/>
          </w:tcPr>
          <w:p w14:paraId="5C31241D" w14:textId="77777777" w:rsidR="001C5B21" w:rsidRPr="00E64FF6" w:rsidRDefault="001C5B21">
            <w:pPr>
              <w:rPr>
                <w:rFonts w:ascii="Arial" w:hAnsi="Arial" w:cs="Arial"/>
              </w:rPr>
            </w:pPr>
          </w:p>
          <w:p w14:paraId="03546989" w14:textId="77777777" w:rsidR="001C5B21" w:rsidRPr="00E64FF6" w:rsidRDefault="001C5B21">
            <w:pPr>
              <w:rPr>
                <w:rFonts w:ascii="Arial" w:hAnsi="Arial" w:cs="Arial"/>
              </w:rPr>
            </w:pPr>
          </w:p>
          <w:p w14:paraId="297FB088" w14:textId="77777777" w:rsidR="001C5B21" w:rsidRPr="00E64FF6" w:rsidRDefault="001C5B21">
            <w:pPr>
              <w:rPr>
                <w:rFonts w:ascii="Arial" w:hAnsi="Arial" w:cs="Arial"/>
              </w:rPr>
            </w:pPr>
          </w:p>
          <w:p w14:paraId="0A4E844E" w14:textId="77777777" w:rsidR="001C5B21" w:rsidRPr="00E64FF6" w:rsidRDefault="001C5B21">
            <w:pPr>
              <w:rPr>
                <w:rFonts w:ascii="Arial" w:hAnsi="Arial" w:cs="Arial"/>
              </w:rPr>
            </w:pPr>
          </w:p>
        </w:tc>
      </w:tr>
    </w:tbl>
    <w:p w14:paraId="59ED2663" w14:textId="77777777" w:rsidR="0035676B" w:rsidRPr="00E64FF6" w:rsidRDefault="0035676B">
      <w:pPr>
        <w:rPr>
          <w:rFonts w:ascii="Arial" w:hAnsi="Arial" w:cs="Arial"/>
        </w:rPr>
      </w:pPr>
    </w:p>
    <w:p w14:paraId="2736964B" w14:textId="77777777" w:rsidR="00AA4612" w:rsidRDefault="00AA4612">
      <w:pPr>
        <w:rPr>
          <w:rFonts w:ascii="Arial" w:hAnsi="Arial" w:cs="Arial"/>
          <w:b/>
        </w:rPr>
      </w:pPr>
    </w:p>
    <w:p w14:paraId="63158B97" w14:textId="7235C3B8" w:rsidR="00DD137F" w:rsidRPr="00E64FF6" w:rsidRDefault="00AA4612" w:rsidP="00545E18">
      <w:pPr>
        <w:pStyle w:val="Heading2"/>
      </w:pPr>
      <w:r>
        <w:t xml:space="preserve">Part 3 – </w:t>
      </w:r>
      <w:r w:rsidR="00000000" w:rsidRPr="00AA4612">
        <w:t>Overall Compliance Against KCSIE 2026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8"/>
        <w:gridCol w:w="2876"/>
        <w:gridCol w:w="2876"/>
      </w:tblGrid>
      <w:tr w:rsidR="00DD137F" w:rsidRPr="00E64FF6" w14:paraId="54538941" w14:textId="77777777" w:rsidTr="008C75CD">
        <w:tc>
          <w:tcPr>
            <w:tcW w:w="2880" w:type="dxa"/>
          </w:tcPr>
          <w:p w14:paraId="4C98FE90" w14:textId="77777777" w:rsidR="00DD137F" w:rsidRPr="00E64FF6" w:rsidRDefault="00000000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Requirement</w:t>
            </w:r>
          </w:p>
        </w:tc>
        <w:tc>
          <w:tcPr>
            <w:tcW w:w="2880" w:type="dxa"/>
          </w:tcPr>
          <w:p w14:paraId="246ACAEF" w14:textId="77777777" w:rsidR="00DD137F" w:rsidRPr="00E64FF6" w:rsidRDefault="00000000" w:rsidP="008C75CD">
            <w:pPr>
              <w:jc w:val="center"/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Met</w:t>
            </w:r>
          </w:p>
        </w:tc>
        <w:tc>
          <w:tcPr>
            <w:tcW w:w="2880" w:type="dxa"/>
          </w:tcPr>
          <w:p w14:paraId="2FF7E687" w14:textId="77777777" w:rsidR="00DD137F" w:rsidRPr="00E64FF6" w:rsidRDefault="00000000" w:rsidP="008C75CD">
            <w:pPr>
              <w:jc w:val="center"/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Not Met</w:t>
            </w:r>
          </w:p>
        </w:tc>
      </w:tr>
      <w:tr w:rsidR="00DD137F" w:rsidRPr="00E64FF6" w14:paraId="41857F02" w14:textId="77777777" w:rsidTr="008C75CD">
        <w:tc>
          <w:tcPr>
            <w:tcW w:w="2880" w:type="dxa"/>
          </w:tcPr>
          <w:p w14:paraId="23C57601" w14:textId="77777777" w:rsidR="00DD137F" w:rsidRPr="00E64FF6" w:rsidRDefault="00000000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Written safeguarding assurance</w:t>
            </w:r>
          </w:p>
        </w:tc>
        <w:tc>
          <w:tcPr>
            <w:tcW w:w="2880" w:type="dxa"/>
          </w:tcPr>
          <w:p w14:paraId="694CD3B6" w14:textId="77777777" w:rsidR="00DD137F" w:rsidRPr="00E64FF6" w:rsidRDefault="00000000" w:rsidP="008C75CD">
            <w:pPr>
              <w:jc w:val="center"/>
              <w:rPr>
                <w:rFonts w:ascii="Arial" w:hAnsi="Arial" w:cs="Arial"/>
              </w:rPr>
            </w:pPr>
            <w:r w:rsidRPr="00E64FF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880" w:type="dxa"/>
          </w:tcPr>
          <w:p w14:paraId="4362D4AB" w14:textId="77777777" w:rsidR="00DD137F" w:rsidRPr="00E64FF6" w:rsidRDefault="00000000" w:rsidP="008C75CD">
            <w:pPr>
              <w:jc w:val="center"/>
              <w:rPr>
                <w:rFonts w:ascii="Arial" w:hAnsi="Arial" w:cs="Arial"/>
              </w:rPr>
            </w:pPr>
            <w:r w:rsidRPr="00E64FF6">
              <w:rPr>
                <w:rFonts w:ascii="Segoe UI Symbol" w:hAnsi="Segoe UI Symbol" w:cs="Segoe UI Symbol"/>
              </w:rPr>
              <w:t>☐</w:t>
            </w:r>
          </w:p>
        </w:tc>
      </w:tr>
      <w:tr w:rsidR="00DD137F" w:rsidRPr="00E64FF6" w14:paraId="7A89E5B2" w14:textId="77777777" w:rsidTr="008C75CD">
        <w:tc>
          <w:tcPr>
            <w:tcW w:w="2880" w:type="dxa"/>
          </w:tcPr>
          <w:p w14:paraId="3966563B" w14:textId="77777777" w:rsidR="00DD137F" w:rsidRPr="00E64FF6" w:rsidRDefault="00000000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Staff check confirmation</w:t>
            </w:r>
          </w:p>
        </w:tc>
        <w:tc>
          <w:tcPr>
            <w:tcW w:w="2880" w:type="dxa"/>
          </w:tcPr>
          <w:p w14:paraId="2606DB7E" w14:textId="77777777" w:rsidR="00DD137F" w:rsidRPr="00E64FF6" w:rsidRDefault="00000000" w:rsidP="008C75CD">
            <w:pPr>
              <w:jc w:val="center"/>
              <w:rPr>
                <w:rFonts w:ascii="Arial" w:hAnsi="Arial" w:cs="Arial"/>
              </w:rPr>
            </w:pPr>
            <w:r w:rsidRPr="00E64FF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880" w:type="dxa"/>
          </w:tcPr>
          <w:p w14:paraId="701F443E" w14:textId="77777777" w:rsidR="00DD137F" w:rsidRPr="00E64FF6" w:rsidRDefault="00000000" w:rsidP="008C75CD">
            <w:pPr>
              <w:jc w:val="center"/>
              <w:rPr>
                <w:rFonts w:ascii="Arial" w:hAnsi="Arial" w:cs="Arial"/>
              </w:rPr>
            </w:pPr>
            <w:r w:rsidRPr="00E64FF6">
              <w:rPr>
                <w:rFonts w:ascii="Segoe UI Symbol" w:hAnsi="Segoe UI Symbol" w:cs="Segoe UI Symbol"/>
              </w:rPr>
              <w:t>☐</w:t>
            </w:r>
          </w:p>
        </w:tc>
      </w:tr>
      <w:tr w:rsidR="00DD137F" w:rsidRPr="00E64FF6" w14:paraId="2073D767" w14:textId="77777777" w:rsidTr="008C75CD">
        <w:tc>
          <w:tcPr>
            <w:tcW w:w="2880" w:type="dxa"/>
          </w:tcPr>
          <w:p w14:paraId="173DE284" w14:textId="77777777" w:rsidR="00DD137F" w:rsidRPr="00E64FF6" w:rsidRDefault="00000000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School knows all sites used</w:t>
            </w:r>
          </w:p>
        </w:tc>
        <w:tc>
          <w:tcPr>
            <w:tcW w:w="2880" w:type="dxa"/>
          </w:tcPr>
          <w:p w14:paraId="3C279761" w14:textId="77777777" w:rsidR="00DD137F" w:rsidRPr="00E64FF6" w:rsidRDefault="00000000" w:rsidP="008C75CD">
            <w:pPr>
              <w:jc w:val="center"/>
              <w:rPr>
                <w:rFonts w:ascii="Arial" w:hAnsi="Arial" w:cs="Arial"/>
              </w:rPr>
            </w:pPr>
            <w:r w:rsidRPr="00E64FF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880" w:type="dxa"/>
          </w:tcPr>
          <w:p w14:paraId="55E72B45" w14:textId="77777777" w:rsidR="00DD137F" w:rsidRPr="00E64FF6" w:rsidRDefault="00000000" w:rsidP="008C75CD">
            <w:pPr>
              <w:jc w:val="center"/>
              <w:rPr>
                <w:rFonts w:ascii="Arial" w:hAnsi="Arial" w:cs="Arial"/>
              </w:rPr>
            </w:pPr>
            <w:r w:rsidRPr="00E64FF6">
              <w:rPr>
                <w:rFonts w:ascii="Segoe UI Symbol" w:hAnsi="Segoe UI Symbol" w:cs="Segoe UI Symbol"/>
              </w:rPr>
              <w:t>☐</w:t>
            </w:r>
          </w:p>
        </w:tc>
      </w:tr>
      <w:tr w:rsidR="00DD137F" w:rsidRPr="00E64FF6" w14:paraId="7F5B8400" w14:textId="77777777" w:rsidTr="008C75CD">
        <w:tc>
          <w:tcPr>
            <w:tcW w:w="2880" w:type="dxa"/>
          </w:tcPr>
          <w:p w14:paraId="171B3C06" w14:textId="77777777" w:rsidR="00DD137F" w:rsidRPr="00E64FF6" w:rsidRDefault="00000000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Placement remains suitable</w:t>
            </w:r>
          </w:p>
        </w:tc>
        <w:tc>
          <w:tcPr>
            <w:tcW w:w="2880" w:type="dxa"/>
          </w:tcPr>
          <w:p w14:paraId="0ADA6F1A" w14:textId="77777777" w:rsidR="00DD137F" w:rsidRPr="00E64FF6" w:rsidRDefault="00000000" w:rsidP="008C75CD">
            <w:pPr>
              <w:jc w:val="center"/>
              <w:rPr>
                <w:rFonts w:ascii="Arial" w:hAnsi="Arial" w:cs="Arial"/>
              </w:rPr>
            </w:pPr>
            <w:r w:rsidRPr="00E64FF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880" w:type="dxa"/>
          </w:tcPr>
          <w:p w14:paraId="78E4DF68" w14:textId="77777777" w:rsidR="00DD137F" w:rsidRPr="00E64FF6" w:rsidRDefault="00000000" w:rsidP="008C75CD">
            <w:pPr>
              <w:jc w:val="center"/>
              <w:rPr>
                <w:rFonts w:ascii="Arial" w:hAnsi="Arial" w:cs="Arial"/>
              </w:rPr>
            </w:pPr>
            <w:r w:rsidRPr="00E64FF6">
              <w:rPr>
                <w:rFonts w:ascii="Segoe UI Symbol" w:hAnsi="Segoe UI Symbol" w:cs="Segoe UI Symbol"/>
              </w:rPr>
              <w:t>☐</w:t>
            </w:r>
          </w:p>
        </w:tc>
      </w:tr>
      <w:tr w:rsidR="00DD137F" w:rsidRPr="00E64FF6" w14:paraId="63D3A313" w14:textId="77777777" w:rsidTr="008C75CD">
        <w:tc>
          <w:tcPr>
            <w:tcW w:w="2880" w:type="dxa"/>
          </w:tcPr>
          <w:p w14:paraId="74E3F181" w14:textId="77777777" w:rsidR="00DD137F" w:rsidRPr="00E64FF6" w:rsidRDefault="00000000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Attendance monitored</w:t>
            </w:r>
          </w:p>
        </w:tc>
        <w:tc>
          <w:tcPr>
            <w:tcW w:w="2880" w:type="dxa"/>
          </w:tcPr>
          <w:p w14:paraId="67B4C54B" w14:textId="77777777" w:rsidR="00DD137F" w:rsidRPr="00E64FF6" w:rsidRDefault="00000000" w:rsidP="008C75CD">
            <w:pPr>
              <w:jc w:val="center"/>
              <w:rPr>
                <w:rFonts w:ascii="Arial" w:hAnsi="Arial" w:cs="Arial"/>
              </w:rPr>
            </w:pPr>
            <w:r w:rsidRPr="00E64FF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880" w:type="dxa"/>
          </w:tcPr>
          <w:p w14:paraId="1D01A996" w14:textId="77777777" w:rsidR="00DD137F" w:rsidRPr="00E64FF6" w:rsidRDefault="00000000" w:rsidP="008C75CD">
            <w:pPr>
              <w:jc w:val="center"/>
              <w:rPr>
                <w:rFonts w:ascii="Arial" w:hAnsi="Arial" w:cs="Arial"/>
              </w:rPr>
            </w:pPr>
            <w:r w:rsidRPr="00E64FF6">
              <w:rPr>
                <w:rFonts w:ascii="Segoe UI Symbol" w:hAnsi="Segoe UI Symbol" w:cs="Segoe UI Symbol"/>
              </w:rPr>
              <w:t>☐</w:t>
            </w:r>
          </w:p>
        </w:tc>
      </w:tr>
      <w:tr w:rsidR="00DD137F" w:rsidRPr="00E64FF6" w14:paraId="6C45F380" w14:textId="77777777" w:rsidTr="008C75CD">
        <w:tc>
          <w:tcPr>
            <w:tcW w:w="2880" w:type="dxa"/>
          </w:tcPr>
          <w:p w14:paraId="492409F6" w14:textId="77777777" w:rsidR="00DD137F" w:rsidRPr="00E64FF6" w:rsidRDefault="00000000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Half-</w:t>
            </w:r>
            <w:proofErr w:type="gramStart"/>
            <w:r w:rsidRPr="00E64FF6">
              <w:rPr>
                <w:rFonts w:ascii="Arial" w:hAnsi="Arial" w:cs="Arial"/>
              </w:rPr>
              <w:t>termly</w:t>
            </w:r>
            <w:proofErr w:type="gramEnd"/>
            <w:r w:rsidRPr="00E64FF6">
              <w:rPr>
                <w:rFonts w:ascii="Arial" w:hAnsi="Arial" w:cs="Arial"/>
              </w:rPr>
              <w:t xml:space="preserve"> review completed</w:t>
            </w:r>
          </w:p>
        </w:tc>
        <w:tc>
          <w:tcPr>
            <w:tcW w:w="2880" w:type="dxa"/>
          </w:tcPr>
          <w:p w14:paraId="069EF817" w14:textId="77777777" w:rsidR="00DD137F" w:rsidRPr="00E64FF6" w:rsidRDefault="00000000" w:rsidP="008C75CD">
            <w:pPr>
              <w:jc w:val="center"/>
              <w:rPr>
                <w:rFonts w:ascii="Arial" w:hAnsi="Arial" w:cs="Arial"/>
              </w:rPr>
            </w:pPr>
            <w:r w:rsidRPr="00E64FF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880" w:type="dxa"/>
          </w:tcPr>
          <w:p w14:paraId="1BA0360B" w14:textId="77777777" w:rsidR="00DD137F" w:rsidRPr="00E64FF6" w:rsidRDefault="00000000" w:rsidP="008C75CD">
            <w:pPr>
              <w:jc w:val="center"/>
              <w:rPr>
                <w:rFonts w:ascii="Arial" w:hAnsi="Arial" w:cs="Arial"/>
              </w:rPr>
            </w:pPr>
            <w:r w:rsidRPr="00E64FF6">
              <w:rPr>
                <w:rFonts w:ascii="Segoe UI Symbol" w:hAnsi="Segoe UI Symbol" w:cs="Segoe UI Symbol"/>
              </w:rPr>
              <w:t>☐</w:t>
            </w:r>
          </w:p>
        </w:tc>
      </w:tr>
      <w:tr w:rsidR="00DD137F" w:rsidRPr="00E64FF6" w14:paraId="3E9EDAD1" w14:textId="77777777" w:rsidTr="008C75CD">
        <w:tc>
          <w:tcPr>
            <w:tcW w:w="2880" w:type="dxa"/>
          </w:tcPr>
          <w:p w14:paraId="529B557B" w14:textId="77777777" w:rsidR="00DD137F" w:rsidRPr="00E64FF6" w:rsidRDefault="00000000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lastRenderedPageBreak/>
              <w:t>No unresolved safeguarding concerns</w:t>
            </w:r>
          </w:p>
        </w:tc>
        <w:tc>
          <w:tcPr>
            <w:tcW w:w="2880" w:type="dxa"/>
          </w:tcPr>
          <w:p w14:paraId="2C2B43C0" w14:textId="77777777" w:rsidR="00DD137F" w:rsidRPr="00E64FF6" w:rsidRDefault="00000000" w:rsidP="008C75CD">
            <w:pPr>
              <w:jc w:val="center"/>
              <w:rPr>
                <w:rFonts w:ascii="Arial" w:hAnsi="Arial" w:cs="Arial"/>
              </w:rPr>
            </w:pPr>
            <w:r w:rsidRPr="00E64FF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880" w:type="dxa"/>
          </w:tcPr>
          <w:p w14:paraId="12D2DE17" w14:textId="77777777" w:rsidR="00DD137F" w:rsidRPr="00E64FF6" w:rsidRDefault="00000000" w:rsidP="008C75CD">
            <w:pPr>
              <w:jc w:val="center"/>
              <w:rPr>
                <w:rFonts w:ascii="Arial" w:hAnsi="Arial" w:cs="Arial"/>
              </w:rPr>
            </w:pPr>
            <w:r w:rsidRPr="00E64FF6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6F3D622F" w14:textId="189C2C26" w:rsidR="00DD137F" w:rsidRPr="00AA4612" w:rsidRDefault="00000000" w:rsidP="00545E18">
      <w:pPr>
        <w:pStyle w:val="Heading2"/>
      </w:pPr>
      <w:r w:rsidRPr="00E64FF6">
        <w:br/>
      </w:r>
      <w:r w:rsidR="00AA4612">
        <w:t xml:space="preserve">Part 4 – </w:t>
      </w:r>
      <w:r w:rsidRPr="00AA4612">
        <w:t>Action Plan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DD137F" w:rsidRPr="00E64FF6" w14:paraId="11FFC461" w14:textId="77777777" w:rsidTr="008C75CD">
        <w:tc>
          <w:tcPr>
            <w:tcW w:w="2880" w:type="dxa"/>
          </w:tcPr>
          <w:p w14:paraId="20EC923F" w14:textId="77777777" w:rsidR="00DD137F" w:rsidRPr="00E64FF6" w:rsidRDefault="00000000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Action</w:t>
            </w:r>
          </w:p>
        </w:tc>
        <w:tc>
          <w:tcPr>
            <w:tcW w:w="2880" w:type="dxa"/>
          </w:tcPr>
          <w:p w14:paraId="2EB34764" w14:textId="77777777" w:rsidR="00DD137F" w:rsidRPr="00E64FF6" w:rsidRDefault="00000000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Lead</w:t>
            </w:r>
          </w:p>
        </w:tc>
        <w:tc>
          <w:tcPr>
            <w:tcW w:w="2880" w:type="dxa"/>
          </w:tcPr>
          <w:p w14:paraId="2EC68C43" w14:textId="77777777" w:rsidR="00DD137F" w:rsidRPr="00E64FF6" w:rsidRDefault="00000000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Deadline</w:t>
            </w:r>
          </w:p>
        </w:tc>
      </w:tr>
      <w:tr w:rsidR="008C75CD" w:rsidRPr="00E64FF6" w14:paraId="13DD8783" w14:textId="77777777" w:rsidTr="008C75CD">
        <w:tc>
          <w:tcPr>
            <w:tcW w:w="2880" w:type="dxa"/>
          </w:tcPr>
          <w:p w14:paraId="16DB09D0" w14:textId="77777777" w:rsidR="008C75CD" w:rsidRPr="00E64FF6" w:rsidRDefault="008C75CD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6C1428FB" w14:textId="77777777" w:rsidR="008C75CD" w:rsidRPr="00E64FF6" w:rsidRDefault="008C75CD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5C751CC5" w14:textId="77777777" w:rsidR="008C75CD" w:rsidRPr="00E64FF6" w:rsidRDefault="008C75CD">
            <w:pPr>
              <w:rPr>
                <w:rFonts w:ascii="Arial" w:hAnsi="Arial" w:cs="Arial"/>
              </w:rPr>
            </w:pPr>
          </w:p>
        </w:tc>
      </w:tr>
      <w:tr w:rsidR="008C75CD" w:rsidRPr="00E64FF6" w14:paraId="70A65A11" w14:textId="77777777" w:rsidTr="008C75CD">
        <w:tc>
          <w:tcPr>
            <w:tcW w:w="2880" w:type="dxa"/>
          </w:tcPr>
          <w:p w14:paraId="5F27F414" w14:textId="77777777" w:rsidR="008C75CD" w:rsidRPr="00E64FF6" w:rsidRDefault="008C75CD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1ACB9469" w14:textId="77777777" w:rsidR="008C75CD" w:rsidRPr="00E64FF6" w:rsidRDefault="008C75CD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0F093E43" w14:textId="77777777" w:rsidR="008C75CD" w:rsidRPr="00E64FF6" w:rsidRDefault="008C75CD">
            <w:pPr>
              <w:rPr>
                <w:rFonts w:ascii="Arial" w:hAnsi="Arial" w:cs="Arial"/>
              </w:rPr>
            </w:pPr>
          </w:p>
        </w:tc>
      </w:tr>
      <w:tr w:rsidR="00DD137F" w:rsidRPr="00E64FF6" w14:paraId="1861D2EB" w14:textId="77777777" w:rsidTr="008C75CD">
        <w:tc>
          <w:tcPr>
            <w:tcW w:w="2880" w:type="dxa"/>
          </w:tcPr>
          <w:p w14:paraId="1C1D6F25" w14:textId="77777777" w:rsidR="00DD137F" w:rsidRPr="00E64FF6" w:rsidRDefault="00DD137F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303D90DF" w14:textId="77777777" w:rsidR="00DD137F" w:rsidRPr="00E64FF6" w:rsidRDefault="00DD137F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44EB77DB" w14:textId="77777777" w:rsidR="00DD137F" w:rsidRPr="00E64FF6" w:rsidRDefault="00DD137F">
            <w:pPr>
              <w:rPr>
                <w:rFonts w:ascii="Arial" w:hAnsi="Arial" w:cs="Arial"/>
              </w:rPr>
            </w:pPr>
          </w:p>
        </w:tc>
      </w:tr>
    </w:tbl>
    <w:p w14:paraId="7BE54A59" w14:textId="77777777" w:rsidR="00DD137F" w:rsidRPr="00E64FF6" w:rsidRDefault="00000000" w:rsidP="00545E18">
      <w:pPr>
        <w:pStyle w:val="Heading3"/>
      </w:pPr>
      <w:r w:rsidRPr="00E64FF6">
        <w:br/>
      </w:r>
      <w:r w:rsidRPr="00E64FF6">
        <w:t>Recommendation</w:t>
      </w:r>
    </w:p>
    <w:p w14:paraId="26623564" w14:textId="77777777" w:rsidR="00DD137F" w:rsidRPr="00E64FF6" w:rsidRDefault="00000000">
      <w:pPr>
        <w:rPr>
          <w:rFonts w:ascii="Arial" w:hAnsi="Arial" w:cs="Arial"/>
        </w:rPr>
      </w:pPr>
      <w:r w:rsidRPr="00E64FF6">
        <w:rPr>
          <w:rFonts w:ascii="Segoe UI Symbol" w:hAnsi="Segoe UI Symbol" w:cs="Segoe UI Symbol"/>
        </w:rPr>
        <w:t>☐</w:t>
      </w:r>
      <w:r w:rsidRPr="00E64FF6">
        <w:rPr>
          <w:rFonts w:ascii="Arial" w:hAnsi="Arial" w:cs="Arial"/>
        </w:rPr>
        <w:t xml:space="preserve"> Continue placement</w:t>
      </w:r>
    </w:p>
    <w:p w14:paraId="20A6F6F3" w14:textId="77777777" w:rsidR="00DD137F" w:rsidRPr="00E64FF6" w:rsidRDefault="00000000">
      <w:pPr>
        <w:rPr>
          <w:rFonts w:ascii="Arial" w:hAnsi="Arial" w:cs="Arial"/>
        </w:rPr>
      </w:pPr>
      <w:r w:rsidRPr="00E64FF6">
        <w:rPr>
          <w:rFonts w:ascii="Segoe UI Symbol" w:hAnsi="Segoe UI Symbol" w:cs="Segoe UI Symbol"/>
        </w:rPr>
        <w:t>☐</w:t>
      </w:r>
      <w:r w:rsidRPr="00E64FF6">
        <w:rPr>
          <w:rFonts w:ascii="Arial" w:hAnsi="Arial" w:cs="Arial"/>
        </w:rPr>
        <w:t xml:space="preserve"> Continue with actions</w:t>
      </w:r>
    </w:p>
    <w:p w14:paraId="405C95E7" w14:textId="77777777" w:rsidR="00DD137F" w:rsidRPr="00E64FF6" w:rsidRDefault="00000000">
      <w:pPr>
        <w:rPr>
          <w:rFonts w:ascii="Arial" w:hAnsi="Arial" w:cs="Arial"/>
        </w:rPr>
      </w:pPr>
      <w:r w:rsidRPr="00E64FF6">
        <w:rPr>
          <w:rFonts w:ascii="Segoe UI Symbol" w:hAnsi="Segoe UI Symbol" w:cs="Segoe UI Symbol"/>
        </w:rPr>
        <w:t>☐</w:t>
      </w:r>
      <w:r w:rsidRPr="00E64FF6">
        <w:rPr>
          <w:rFonts w:ascii="Arial" w:hAnsi="Arial" w:cs="Arial"/>
        </w:rPr>
        <w:t xml:space="preserve"> Enhanced monitoring required</w:t>
      </w:r>
    </w:p>
    <w:p w14:paraId="3AEF9FA7" w14:textId="77777777" w:rsidR="00DD137F" w:rsidRPr="00E64FF6" w:rsidRDefault="00000000">
      <w:pPr>
        <w:rPr>
          <w:rFonts w:ascii="Arial" w:hAnsi="Arial" w:cs="Arial"/>
        </w:rPr>
      </w:pPr>
      <w:r w:rsidRPr="00E64FF6">
        <w:rPr>
          <w:rFonts w:ascii="Segoe UI Symbol" w:hAnsi="Segoe UI Symbol" w:cs="Segoe UI Symbol"/>
        </w:rPr>
        <w:t>☐</w:t>
      </w:r>
      <w:r w:rsidRPr="00E64FF6">
        <w:rPr>
          <w:rFonts w:ascii="Arial" w:hAnsi="Arial" w:cs="Arial"/>
        </w:rPr>
        <w:t xml:space="preserve"> Consider suspension/termination of placement</w:t>
      </w:r>
    </w:p>
    <w:p w14:paraId="6508BA38" w14:textId="7BF52F69" w:rsidR="008C75CD" w:rsidRPr="00E64FF6" w:rsidRDefault="008C75CD" w:rsidP="008C75CD">
      <w:pPr>
        <w:rPr>
          <w:rFonts w:ascii="Arial" w:hAnsi="Arial" w:cs="Arial"/>
        </w:rPr>
      </w:pPr>
      <w:r w:rsidRPr="00E64FF6">
        <w:rPr>
          <w:rFonts w:ascii="Segoe UI Symbol" w:hAnsi="Segoe UI Symbol" w:cs="Segoe UI Symbol"/>
        </w:rPr>
        <w:t>☐</w:t>
      </w:r>
      <w:r w:rsidRPr="00E64FF6">
        <w:rPr>
          <w:rFonts w:ascii="Arial" w:hAnsi="Arial" w:cs="Arial"/>
        </w:rPr>
        <w:t xml:space="preserve"> Consider Reintegration back to School</w:t>
      </w:r>
    </w:p>
    <w:p w14:paraId="7F03D7E8" w14:textId="77777777" w:rsidR="00E64FF6" w:rsidRPr="00E64FF6" w:rsidRDefault="00E64FF6">
      <w:pPr>
        <w:rPr>
          <w:rFonts w:ascii="Arial" w:hAnsi="Arial" w:cs="Arial"/>
          <w:b/>
          <w:bCs/>
        </w:rPr>
      </w:pPr>
    </w:p>
    <w:p w14:paraId="159FA95C" w14:textId="3CE38768" w:rsidR="008C75CD" w:rsidRPr="00E64FF6" w:rsidRDefault="00C11C62" w:rsidP="00545E18">
      <w:pPr>
        <w:pStyle w:val="Heading3"/>
      </w:pPr>
      <w:r>
        <w:t>Signed: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8"/>
        <w:gridCol w:w="2688"/>
        <w:gridCol w:w="2684"/>
      </w:tblGrid>
      <w:tr w:rsidR="00E64FF6" w:rsidRPr="00E64FF6" w14:paraId="008663A6" w14:textId="77777777" w:rsidTr="00E64FF6">
        <w:trPr>
          <w:trHeight w:val="349"/>
        </w:trPr>
        <w:tc>
          <w:tcPr>
            <w:tcW w:w="3326" w:type="dxa"/>
          </w:tcPr>
          <w:p w14:paraId="6AD6D1FF" w14:textId="4EF05031" w:rsidR="00E64FF6" w:rsidRPr="00E64FF6" w:rsidRDefault="00E64FF6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Who</w:t>
            </w:r>
          </w:p>
        </w:tc>
        <w:tc>
          <w:tcPr>
            <w:tcW w:w="2765" w:type="dxa"/>
          </w:tcPr>
          <w:p w14:paraId="2D1B4FE4" w14:textId="60AFEB36" w:rsidR="00E64FF6" w:rsidRPr="00E64FF6" w:rsidRDefault="00E64FF6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Signed</w:t>
            </w:r>
          </w:p>
        </w:tc>
        <w:tc>
          <w:tcPr>
            <w:tcW w:w="2765" w:type="dxa"/>
          </w:tcPr>
          <w:p w14:paraId="4E432244" w14:textId="0F79BEE9" w:rsidR="00E64FF6" w:rsidRPr="00E64FF6" w:rsidRDefault="00E64FF6" w:rsidP="00E64FF6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Dated</w:t>
            </w:r>
          </w:p>
        </w:tc>
      </w:tr>
      <w:tr w:rsidR="00E64FF6" w:rsidRPr="00E64FF6" w14:paraId="3DCC61D1" w14:textId="77777777" w:rsidTr="00E64FF6">
        <w:tc>
          <w:tcPr>
            <w:tcW w:w="3326" w:type="dxa"/>
          </w:tcPr>
          <w:p w14:paraId="4CC079A7" w14:textId="0DFC8F5F" w:rsidR="00E64FF6" w:rsidRPr="00E64FF6" w:rsidRDefault="00E64FF6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Reviewer</w:t>
            </w:r>
          </w:p>
        </w:tc>
        <w:tc>
          <w:tcPr>
            <w:tcW w:w="2765" w:type="dxa"/>
          </w:tcPr>
          <w:p w14:paraId="0F07D01E" w14:textId="77777777" w:rsidR="00E64FF6" w:rsidRPr="00E64FF6" w:rsidRDefault="00E64FF6">
            <w:pPr>
              <w:rPr>
                <w:rFonts w:ascii="Arial" w:hAnsi="Arial" w:cs="Arial"/>
              </w:rPr>
            </w:pPr>
          </w:p>
        </w:tc>
        <w:tc>
          <w:tcPr>
            <w:tcW w:w="2765" w:type="dxa"/>
          </w:tcPr>
          <w:p w14:paraId="5757A34D" w14:textId="77777777" w:rsidR="00E64FF6" w:rsidRPr="00E64FF6" w:rsidRDefault="00E64FF6">
            <w:pPr>
              <w:rPr>
                <w:rFonts w:ascii="Arial" w:hAnsi="Arial" w:cs="Arial"/>
              </w:rPr>
            </w:pPr>
          </w:p>
          <w:p w14:paraId="799D242A" w14:textId="77777777" w:rsidR="00E64FF6" w:rsidRPr="00E64FF6" w:rsidRDefault="00E64FF6">
            <w:pPr>
              <w:rPr>
                <w:rFonts w:ascii="Arial" w:hAnsi="Arial" w:cs="Arial"/>
              </w:rPr>
            </w:pPr>
          </w:p>
          <w:p w14:paraId="39C7B736" w14:textId="77777777" w:rsidR="00E64FF6" w:rsidRPr="00E64FF6" w:rsidRDefault="00E64FF6">
            <w:pPr>
              <w:rPr>
                <w:rFonts w:ascii="Arial" w:hAnsi="Arial" w:cs="Arial"/>
              </w:rPr>
            </w:pPr>
          </w:p>
        </w:tc>
      </w:tr>
      <w:tr w:rsidR="00E64FF6" w:rsidRPr="00E64FF6" w14:paraId="12571359" w14:textId="77777777" w:rsidTr="00E64FF6">
        <w:tc>
          <w:tcPr>
            <w:tcW w:w="3326" w:type="dxa"/>
          </w:tcPr>
          <w:p w14:paraId="3EA97BB8" w14:textId="249C8ECB" w:rsidR="00E64FF6" w:rsidRPr="00E64FF6" w:rsidRDefault="00E64FF6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AP Provider Representative</w:t>
            </w:r>
          </w:p>
        </w:tc>
        <w:tc>
          <w:tcPr>
            <w:tcW w:w="2765" w:type="dxa"/>
          </w:tcPr>
          <w:p w14:paraId="49F5A505" w14:textId="77777777" w:rsidR="00E64FF6" w:rsidRPr="00E64FF6" w:rsidRDefault="00E64FF6">
            <w:pPr>
              <w:rPr>
                <w:rFonts w:ascii="Arial" w:hAnsi="Arial" w:cs="Arial"/>
              </w:rPr>
            </w:pPr>
          </w:p>
        </w:tc>
        <w:tc>
          <w:tcPr>
            <w:tcW w:w="2765" w:type="dxa"/>
          </w:tcPr>
          <w:p w14:paraId="533A0EB7" w14:textId="1D3D0BAD" w:rsidR="00E64FF6" w:rsidRPr="00E64FF6" w:rsidRDefault="00E64FF6">
            <w:pPr>
              <w:rPr>
                <w:rFonts w:ascii="Arial" w:hAnsi="Arial" w:cs="Arial"/>
              </w:rPr>
            </w:pPr>
          </w:p>
          <w:p w14:paraId="190F72B7" w14:textId="77777777" w:rsidR="00E64FF6" w:rsidRPr="00E64FF6" w:rsidRDefault="00E64FF6">
            <w:pPr>
              <w:rPr>
                <w:rFonts w:ascii="Arial" w:hAnsi="Arial" w:cs="Arial"/>
              </w:rPr>
            </w:pPr>
          </w:p>
          <w:p w14:paraId="06FC2654" w14:textId="77777777" w:rsidR="00E64FF6" w:rsidRPr="00E64FF6" w:rsidRDefault="00E64FF6">
            <w:pPr>
              <w:rPr>
                <w:rFonts w:ascii="Arial" w:hAnsi="Arial" w:cs="Arial"/>
              </w:rPr>
            </w:pPr>
          </w:p>
        </w:tc>
      </w:tr>
      <w:tr w:rsidR="00E64FF6" w:rsidRPr="00E64FF6" w14:paraId="1E7DB6FE" w14:textId="77777777" w:rsidTr="00E64FF6">
        <w:tc>
          <w:tcPr>
            <w:tcW w:w="3326" w:type="dxa"/>
          </w:tcPr>
          <w:p w14:paraId="318E04F7" w14:textId="1F9175A9" w:rsidR="00E64FF6" w:rsidRPr="00E64FF6" w:rsidRDefault="00E64FF6">
            <w:pPr>
              <w:rPr>
                <w:rFonts w:ascii="Arial" w:hAnsi="Arial" w:cs="Arial"/>
              </w:rPr>
            </w:pPr>
            <w:r w:rsidRPr="00E64FF6">
              <w:rPr>
                <w:rFonts w:ascii="Arial" w:hAnsi="Arial" w:cs="Arial"/>
              </w:rPr>
              <w:t>School DSL</w:t>
            </w:r>
          </w:p>
        </w:tc>
        <w:tc>
          <w:tcPr>
            <w:tcW w:w="2765" w:type="dxa"/>
          </w:tcPr>
          <w:p w14:paraId="28989673" w14:textId="77777777" w:rsidR="00E64FF6" w:rsidRPr="00E64FF6" w:rsidRDefault="00E64FF6">
            <w:pPr>
              <w:rPr>
                <w:rFonts w:ascii="Arial" w:hAnsi="Arial" w:cs="Arial"/>
              </w:rPr>
            </w:pPr>
          </w:p>
        </w:tc>
        <w:tc>
          <w:tcPr>
            <w:tcW w:w="2765" w:type="dxa"/>
          </w:tcPr>
          <w:p w14:paraId="69017809" w14:textId="77777777" w:rsidR="00E64FF6" w:rsidRPr="00E64FF6" w:rsidRDefault="00E64FF6">
            <w:pPr>
              <w:rPr>
                <w:rFonts w:ascii="Arial" w:hAnsi="Arial" w:cs="Arial"/>
              </w:rPr>
            </w:pPr>
          </w:p>
          <w:p w14:paraId="09B46E8B" w14:textId="77777777" w:rsidR="00E64FF6" w:rsidRPr="00E64FF6" w:rsidRDefault="00E64FF6">
            <w:pPr>
              <w:rPr>
                <w:rFonts w:ascii="Arial" w:hAnsi="Arial" w:cs="Arial"/>
              </w:rPr>
            </w:pPr>
          </w:p>
          <w:p w14:paraId="30614415" w14:textId="5C82FFB4" w:rsidR="00E64FF6" w:rsidRPr="00E64FF6" w:rsidRDefault="00E64FF6">
            <w:pPr>
              <w:rPr>
                <w:rFonts w:ascii="Arial" w:hAnsi="Arial" w:cs="Arial"/>
              </w:rPr>
            </w:pPr>
          </w:p>
        </w:tc>
      </w:tr>
    </w:tbl>
    <w:p w14:paraId="22FD4738" w14:textId="77777777" w:rsidR="008C75CD" w:rsidRDefault="008C75CD"/>
    <w:p w14:paraId="5B859A0B" w14:textId="559B1FB1" w:rsidR="00DD137F" w:rsidRDefault="00000000" w:rsidP="00E64FF6">
      <w:r>
        <w:br/>
      </w:r>
    </w:p>
    <w:sectPr w:rsidR="00DD137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5040F5"/>
    <w:multiLevelType w:val="hybridMultilevel"/>
    <w:tmpl w:val="3C4A5660"/>
    <w:lvl w:ilvl="0" w:tplc="824C00C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071392">
    <w:abstractNumId w:val="8"/>
  </w:num>
  <w:num w:numId="2" w16cid:durableId="837816378">
    <w:abstractNumId w:val="6"/>
  </w:num>
  <w:num w:numId="3" w16cid:durableId="1967270578">
    <w:abstractNumId w:val="5"/>
  </w:num>
  <w:num w:numId="4" w16cid:durableId="67922150">
    <w:abstractNumId w:val="4"/>
  </w:num>
  <w:num w:numId="5" w16cid:durableId="369498227">
    <w:abstractNumId w:val="7"/>
  </w:num>
  <w:num w:numId="6" w16cid:durableId="584188597">
    <w:abstractNumId w:val="3"/>
  </w:num>
  <w:num w:numId="7" w16cid:durableId="1958485976">
    <w:abstractNumId w:val="2"/>
  </w:num>
  <w:num w:numId="8" w16cid:durableId="280379127">
    <w:abstractNumId w:val="1"/>
  </w:num>
  <w:num w:numId="9" w16cid:durableId="416753149">
    <w:abstractNumId w:val="0"/>
  </w:num>
  <w:num w:numId="10" w16cid:durableId="17118328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327"/>
    <w:rsid w:val="00034616"/>
    <w:rsid w:val="0006063C"/>
    <w:rsid w:val="000E6BC5"/>
    <w:rsid w:val="00103860"/>
    <w:rsid w:val="00144812"/>
    <w:rsid w:val="0015074B"/>
    <w:rsid w:val="00183D1A"/>
    <w:rsid w:val="00194442"/>
    <w:rsid w:val="001C5B21"/>
    <w:rsid w:val="0029639D"/>
    <w:rsid w:val="00326F90"/>
    <w:rsid w:val="00351A68"/>
    <w:rsid w:val="0035676B"/>
    <w:rsid w:val="00363A89"/>
    <w:rsid w:val="003938DF"/>
    <w:rsid w:val="0048361C"/>
    <w:rsid w:val="0051070D"/>
    <w:rsid w:val="00541748"/>
    <w:rsid w:val="00545E18"/>
    <w:rsid w:val="00737BF5"/>
    <w:rsid w:val="0074389A"/>
    <w:rsid w:val="007E0C4B"/>
    <w:rsid w:val="007E1E51"/>
    <w:rsid w:val="00821C8C"/>
    <w:rsid w:val="00834FF5"/>
    <w:rsid w:val="00835A15"/>
    <w:rsid w:val="008A619A"/>
    <w:rsid w:val="008C75CD"/>
    <w:rsid w:val="0092480B"/>
    <w:rsid w:val="009A7955"/>
    <w:rsid w:val="00A039C1"/>
    <w:rsid w:val="00AA1D8D"/>
    <w:rsid w:val="00AA4612"/>
    <w:rsid w:val="00AB2EEE"/>
    <w:rsid w:val="00B47730"/>
    <w:rsid w:val="00B86996"/>
    <w:rsid w:val="00C07F48"/>
    <w:rsid w:val="00C11C62"/>
    <w:rsid w:val="00CB0664"/>
    <w:rsid w:val="00D116A4"/>
    <w:rsid w:val="00D77EEA"/>
    <w:rsid w:val="00DD137F"/>
    <w:rsid w:val="00E33E54"/>
    <w:rsid w:val="00E431E7"/>
    <w:rsid w:val="00E64FF6"/>
    <w:rsid w:val="00EE0C72"/>
    <w:rsid w:val="00EF2AF8"/>
    <w:rsid w:val="00EF58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B57E705-5670-4B66-80D5-CFDF5434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612"/>
  </w:style>
  <w:style w:type="paragraph" w:styleId="Heading1">
    <w:name w:val="heading 1"/>
    <w:basedOn w:val="Normal"/>
    <w:next w:val="Normal"/>
    <w:link w:val="Heading1Char"/>
    <w:uiPriority w:val="9"/>
    <w:qFormat/>
    <w:rsid w:val="00545E18"/>
    <w:pPr>
      <w:keepNext/>
      <w:keepLines/>
      <w:jc w:val="center"/>
      <w:outlineLvl w:val="0"/>
    </w:pPr>
    <w:rPr>
      <w:rFonts w:ascii="Arial" w:eastAsiaTheme="majorEastAsia" w:hAnsi="Arial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5E18"/>
    <w:pPr>
      <w:keepNext/>
      <w:keepLines/>
      <w:jc w:val="center"/>
      <w:outlineLvl w:val="1"/>
    </w:pPr>
    <w:rPr>
      <w:rFonts w:ascii="Arial" w:eastAsiaTheme="majorEastAsia" w:hAnsi="Arial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5E18"/>
    <w:pPr>
      <w:keepNext/>
      <w:keepLines/>
      <w:outlineLvl w:val="2"/>
    </w:pPr>
    <w:rPr>
      <w:rFonts w:ascii="Arial" w:eastAsiaTheme="majorEastAsia" w:hAnsi="Arial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45E18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45E18"/>
    <w:rPr>
      <w:rFonts w:ascii="Arial" w:eastAsiaTheme="majorEastAsia" w:hAnsi="Arial" w:cstheme="majorBidi"/>
      <w:b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45E18"/>
    <w:rPr>
      <w:rFonts w:ascii="Arial" w:eastAsiaTheme="majorEastAsia" w:hAnsi="Arial" w:cstheme="majorBidi"/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51A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1A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icestershirecc-self.achieveservice.com/en/AchieveForms/?mode=fill&amp;consentMessage=yes&amp;form_uri=sandbox-publish://AF-Process-f936cb5a-863a-44e6-a6c5-24aa7b6a5ea6/AF-Stage-545a6429-d244-442b-b351-b4e3ab15497d/definition.json&amp;process=1&amp;process_uri=sandbox-processes://AF-Process-f936cb5a-863a-44e6-a6c5-24aa7b6a5ea6&amp;process_id=AF-Process-f936cb5a-863a-44e6-a6c5-24aa7b6a5ea6" TargetMode="External"/><Relationship Id="rId3" Type="http://schemas.openxmlformats.org/officeDocument/2006/relationships/styles" Target="styles.xml"/><Relationship Id="rId7" Type="http://schemas.openxmlformats.org/officeDocument/2006/relationships/hyperlink" Target="https://lebcapi.evolutive.co.uk/form/anonymousform/6994532b0534486561edb01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sources.leicestershire.gov.uk/education-and-children/schools-colleges-and-academies/arranging-alternative-provision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5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Alternative provision quality assurance visit record template</dc:title>
  <dc:subject/>
  <dc:creator>Chris Bale</dc:creator>
  <cp:keywords/>
  <dc:description/>
  <cp:revision>6</cp:revision>
  <dcterms:created xsi:type="dcterms:W3CDTF">2026-08-20T13:04:00Z</dcterms:created>
  <dcterms:modified xsi:type="dcterms:W3CDTF">2026-09-17T16:00:00Z</dcterms:modified>
  <cp:category/>
</cp:coreProperties>
</file>